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683023E7" w:rsidR="009176E9" w:rsidRDefault="00B47E87">
      <w:pPr>
        <w:pStyle w:val="Heading1"/>
        <w:spacing w:before="240" w:after="120"/>
        <w:jc w:val="center"/>
      </w:pPr>
      <w:r>
        <w:t>NICHIHA USA, INC. ARCHITECTURAL WALL PANELS</w:t>
      </w:r>
    </w:p>
    <w:p w14:paraId="00000002" w14:textId="77777777" w:rsidR="009176E9" w:rsidRDefault="00B47E87">
      <w:pPr>
        <w:jc w:val="center"/>
      </w:pPr>
      <w:r>
        <w:t>SECTION 07 4243 COMPOSITE WALL PANELS</w:t>
      </w:r>
    </w:p>
    <w:p w14:paraId="00000003" w14:textId="77777777" w:rsidR="009176E9" w:rsidRDefault="00B47E87">
      <w:pPr>
        <w:pStyle w:val="Heading1"/>
        <w:spacing w:before="240" w:after="120"/>
      </w:pPr>
      <w:r>
        <w:t>PART I: GENERAL</w:t>
      </w:r>
    </w:p>
    <w:p w14:paraId="00000004" w14:textId="77777777" w:rsidR="009176E9" w:rsidRDefault="00B47E87">
      <w:pPr>
        <w:pStyle w:val="Heading2"/>
        <w:spacing w:after="80"/>
      </w:pPr>
      <w:r>
        <w:rPr>
          <w:sz w:val="24"/>
          <w:szCs w:val="24"/>
        </w:rPr>
        <w:t>1.1 SECTION INCLUDES</w:t>
      </w:r>
    </w:p>
    <w:p w14:paraId="00000005" w14:textId="77777777" w:rsidR="009176E9" w:rsidRDefault="00B47E87">
      <w:pPr>
        <w:numPr>
          <w:ilvl w:val="0"/>
          <w:numId w:val="6"/>
        </w:numPr>
        <w:pBdr>
          <w:top w:val="nil"/>
          <w:left w:val="nil"/>
          <w:bottom w:val="nil"/>
          <w:right w:val="nil"/>
          <w:between w:val="nil"/>
        </w:pBdr>
        <w:spacing w:after="0"/>
      </w:pPr>
      <w:r>
        <w:rPr>
          <w:color w:val="000000"/>
        </w:rPr>
        <w:t>Exterior, panelized fiber cement siding cladding system and accessories to complete a drained</w:t>
      </w:r>
      <w:r>
        <w:t xml:space="preserve"> </w:t>
      </w:r>
      <w:r>
        <w:rPr>
          <w:color w:val="000000"/>
        </w:rPr>
        <w:t>and back-ventilated rainscreen.</w:t>
      </w:r>
    </w:p>
    <w:p w14:paraId="00000006" w14:textId="77777777" w:rsidR="009176E9" w:rsidRDefault="00B47E87">
      <w:pPr>
        <w:numPr>
          <w:ilvl w:val="0"/>
          <w:numId w:val="6"/>
        </w:numPr>
        <w:pBdr>
          <w:top w:val="nil"/>
          <w:left w:val="nil"/>
          <w:bottom w:val="nil"/>
          <w:right w:val="nil"/>
          <w:between w:val="nil"/>
        </w:pBdr>
        <w:spacing w:after="60"/>
        <w:rPr>
          <w:color w:val="000000"/>
        </w:rPr>
      </w:pPr>
      <w:r>
        <w:rPr>
          <w:color w:val="000000"/>
        </w:rPr>
        <w:t>Interior, panelized fiber cement cladding system and accessories.</w:t>
      </w:r>
    </w:p>
    <w:p w14:paraId="00000007" w14:textId="77777777" w:rsidR="009176E9" w:rsidRDefault="00B47E87">
      <w:pPr>
        <w:pStyle w:val="Heading2"/>
        <w:spacing w:after="80"/>
      </w:pPr>
      <w:r>
        <w:rPr>
          <w:sz w:val="24"/>
          <w:szCs w:val="24"/>
        </w:rPr>
        <w:t>1.2 RELATED REQUIREMENTS</w:t>
      </w:r>
    </w:p>
    <w:p w14:paraId="00000008" w14:textId="77777777" w:rsidR="009176E9" w:rsidRDefault="00B47E87">
      <w:pPr>
        <w:numPr>
          <w:ilvl w:val="0"/>
          <w:numId w:val="15"/>
        </w:numPr>
        <w:pBdr>
          <w:top w:val="nil"/>
          <w:left w:val="nil"/>
          <w:bottom w:val="nil"/>
          <w:right w:val="nil"/>
          <w:between w:val="nil"/>
        </w:pBdr>
        <w:spacing w:after="0"/>
      </w:pPr>
      <w:r>
        <w:rPr>
          <w:color w:val="000000"/>
        </w:rPr>
        <w:t>Section 033300</w:t>
      </w:r>
      <w:r>
        <w:t xml:space="preserve">: </w:t>
      </w:r>
      <w:r>
        <w:rPr>
          <w:color w:val="000000"/>
        </w:rPr>
        <w:t>Cast-in-Place Concrete</w:t>
      </w:r>
    </w:p>
    <w:p w14:paraId="00000009" w14:textId="77777777" w:rsidR="009176E9" w:rsidRDefault="00B47E87">
      <w:pPr>
        <w:numPr>
          <w:ilvl w:val="0"/>
          <w:numId w:val="15"/>
        </w:numPr>
        <w:pBdr>
          <w:top w:val="nil"/>
          <w:left w:val="nil"/>
          <w:bottom w:val="nil"/>
          <w:right w:val="nil"/>
          <w:between w:val="nil"/>
        </w:pBdr>
        <w:spacing w:after="0"/>
      </w:pPr>
      <w:r>
        <w:rPr>
          <w:color w:val="000000"/>
        </w:rPr>
        <w:t>Section 040513</w:t>
      </w:r>
      <w:r>
        <w:t xml:space="preserve">: </w:t>
      </w:r>
      <w:r>
        <w:rPr>
          <w:color w:val="000000"/>
        </w:rPr>
        <w:t>Masonry Mortar</w:t>
      </w:r>
    </w:p>
    <w:p w14:paraId="0000000A" w14:textId="77777777" w:rsidR="009176E9" w:rsidRDefault="00B47E87">
      <w:pPr>
        <w:numPr>
          <w:ilvl w:val="0"/>
          <w:numId w:val="15"/>
        </w:numPr>
        <w:pBdr>
          <w:top w:val="nil"/>
          <w:left w:val="nil"/>
          <w:bottom w:val="nil"/>
          <w:right w:val="nil"/>
          <w:between w:val="nil"/>
        </w:pBdr>
        <w:spacing w:after="0"/>
      </w:pPr>
      <w:r>
        <w:rPr>
          <w:color w:val="000000"/>
        </w:rPr>
        <w:t>Section 042113</w:t>
      </w:r>
      <w:r>
        <w:t xml:space="preserve">: </w:t>
      </w:r>
      <w:r>
        <w:rPr>
          <w:color w:val="000000"/>
        </w:rPr>
        <w:t>Brick Masonry</w:t>
      </w:r>
    </w:p>
    <w:p w14:paraId="0000000B" w14:textId="77777777" w:rsidR="009176E9" w:rsidRDefault="00B47E87">
      <w:pPr>
        <w:numPr>
          <w:ilvl w:val="0"/>
          <w:numId w:val="15"/>
        </w:numPr>
        <w:pBdr>
          <w:top w:val="nil"/>
          <w:left w:val="nil"/>
          <w:bottom w:val="nil"/>
          <w:right w:val="nil"/>
          <w:between w:val="nil"/>
        </w:pBdr>
        <w:spacing w:after="0"/>
      </w:pPr>
      <w:r>
        <w:rPr>
          <w:color w:val="000000"/>
        </w:rPr>
        <w:t>Section 054100</w:t>
      </w:r>
      <w:r>
        <w:t xml:space="preserve">: </w:t>
      </w:r>
      <w:r>
        <w:rPr>
          <w:color w:val="000000"/>
        </w:rPr>
        <w:t>Structural Metal Framing</w:t>
      </w:r>
    </w:p>
    <w:p w14:paraId="0000000C" w14:textId="77777777" w:rsidR="009176E9" w:rsidRDefault="00B47E87">
      <w:pPr>
        <w:numPr>
          <w:ilvl w:val="0"/>
          <w:numId w:val="15"/>
        </w:numPr>
        <w:pBdr>
          <w:top w:val="nil"/>
          <w:left w:val="nil"/>
          <w:bottom w:val="nil"/>
          <w:right w:val="nil"/>
          <w:between w:val="nil"/>
        </w:pBdr>
        <w:spacing w:after="0"/>
      </w:pPr>
      <w:r>
        <w:rPr>
          <w:color w:val="000000"/>
        </w:rPr>
        <w:t>Section 061000</w:t>
      </w:r>
      <w:r>
        <w:t xml:space="preserve">: </w:t>
      </w:r>
      <w:r>
        <w:rPr>
          <w:color w:val="000000"/>
        </w:rPr>
        <w:t>Rough Carpentry</w:t>
      </w:r>
    </w:p>
    <w:p w14:paraId="0000000D" w14:textId="77777777" w:rsidR="009176E9" w:rsidRDefault="00B47E87">
      <w:pPr>
        <w:numPr>
          <w:ilvl w:val="0"/>
          <w:numId w:val="15"/>
        </w:numPr>
        <w:pBdr>
          <w:top w:val="nil"/>
          <w:left w:val="nil"/>
          <w:bottom w:val="nil"/>
          <w:right w:val="nil"/>
          <w:between w:val="nil"/>
        </w:pBdr>
        <w:spacing w:after="0"/>
      </w:pPr>
      <w:r>
        <w:rPr>
          <w:color w:val="000000"/>
        </w:rPr>
        <w:t>Section 061600</w:t>
      </w:r>
      <w:r>
        <w:t xml:space="preserve">: </w:t>
      </w:r>
      <w:r>
        <w:rPr>
          <w:color w:val="000000"/>
        </w:rPr>
        <w:t>Sheathing</w:t>
      </w:r>
    </w:p>
    <w:p w14:paraId="0000000E" w14:textId="77777777" w:rsidR="009176E9" w:rsidRDefault="00B47E87">
      <w:pPr>
        <w:numPr>
          <w:ilvl w:val="0"/>
          <w:numId w:val="15"/>
        </w:numPr>
        <w:pBdr>
          <w:top w:val="nil"/>
          <w:left w:val="nil"/>
          <w:bottom w:val="nil"/>
          <w:right w:val="nil"/>
          <w:between w:val="nil"/>
        </w:pBdr>
        <w:spacing w:after="0"/>
      </w:pPr>
      <w:r>
        <w:rPr>
          <w:color w:val="000000"/>
        </w:rPr>
        <w:t>Section 072000</w:t>
      </w:r>
      <w:r>
        <w:t xml:space="preserve">: </w:t>
      </w:r>
      <w:r>
        <w:rPr>
          <w:color w:val="000000"/>
        </w:rPr>
        <w:t>Thermal Protection</w:t>
      </w:r>
    </w:p>
    <w:p w14:paraId="0000000F" w14:textId="77777777" w:rsidR="009176E9" w:rsidRDefault="00B47E87">
      <w:pPr>
        <w:numPr>
          <w:ilvl w:val="0"/>
          <w:numId w:val="15"/>
        </w:numPr>
        <w:pBdr>
          <w:top w:val="nil"/>
          <w:left w:val="nil"/>
          <w:bottom w:val="nil"/>
          <w:right w:val="nil"/>
          <w:between w:val="nil"/>
        </w:pBdr>
        <w:spacing w:after="0"/>
      </w:pPr>
      <w:r>
        <w:rPr>
          <w:color w:val="000000"/>
        </w:rPr>
        <w:t>Section 072500</w:t>
      </w:r>
      <w:r>
        <w:t xml:space="preserve">: </w:t>
      </w:r>
      <w:r>
        <w:rPr>
          <w:color w:val="000000"/>
        </w:rPr>
        <w:t>Weather Barriers</w:t>
      </w:r>
    </w:p>
    <w:p w14:paraId="00000010" w14:textId="77777777" w:rsidR="009176E9" w:rsidRDefault="00B47E87">
      <w:pPr>
        <w:numPr>
          <w:ilvl w:val="0"/>
          <w:numId w:val="15"/>
        </w:numPr>
        <w:pBdr>
          <w:top w:val="nil"/>
          <w:left w:val="nil"/>
          <w:bottom w:val="nil"/>
          <w:right w:val="nil"/>
          <w:between w:val="nil"/>
        </w:pBdr>
        <w:spacing w:after="0"/>
      </w:pPr>
      <w:r>
        <w:rPr>
          <w:color w:val="000000"/>
        </w:rPr>
        <w:t>Section 072600</w:t>
      </w:r>
      <w:r>
        <w:t xml:space="preserve">: </w:t>
      </w:r>
      <w:r>
        <w:rPr>
          <w:color w:val="000000"/>
        </w:rPr>
        <w:t>Vapor Retarders</w:t>
      </w:r>
    </w:p>
    <w:p w14:paraId="00000011" w14:textId="77777777" w:rsidR="009176E9" w:rsidRDefault="00B47E87">
      <w:pPr>
        <w:numPr>
          <w:ilvl w:val="0"/>
          <w:numId w:val="15"/>
        </w:numPr>
        <w:pBdr>
          <w:top w:val="nil"/>
          <w:left w:val="nil"/>
          <w:bottom w:val="nil"/>
          <w:right w:val="nil"/>
          <w:between w:val="nil"/>
        </w:pBdr>
        <w:spacing w:after="0"/>
      </w:pPr>
      <w:r>
        <w:rPr>
          <w:color w:val="000000"/>
        </w:rPr>
        <w:t>Section 072700</w:t>
      </w:r>
      <w:r>
        <w:t xml:space="preserve">: </w:t>
      </w:r>
      <w:r>
        <w:rPr>
          <w:color w:val="000000"/>
        </w:rPr>
        <w:t>Air Barriers</w:t>
      </w:r>
    </w:p>
    <w:p w14:paraId="00000012" w14:textId="77777777" w:rsidR="009176E9" w:rsidRDefault="00B47E87">
      <w:pPr>
        <w:numPr>
          <w:ilvl w:val="0"/>
          <w:numId w:val="15"/>
        </w:numPr>
        <w:pBdr>
          <w:top w:val="nil"/>
          <w:left w:val="nil"/>
          <w:bottom w:val="nil"/>
          <w:right w:val="nil"/>
          <w:between w:val="nil"/>
        </w:pBdr>
        <w:spacing w:after="0"/>
      </w:pPr>
      <w:r>
        <w:rPr>
          <w:color w:val="000000"/>
        </w:rPr>
        <w:t>Section 074646</w:t>
      </w:r>
      <w:r>
        <w:t xml:space="preserve">: </w:t>
      </w:r>
      <w:r>
        <w:rPr>
          <w:color w:val="000000"/>
        </w:rPr>
        <w:t>Fiber Cement Siding</w:t>
      </w:r>
    </w:p>
    <w:p w14:paraId="00000013" w14:textId="77777777" w:rsidR="009176E9" w:rsidRDefault="00B47E87">
      <w:pPr>
        <w:numPr>
          <w:ilvl w:val="0"/>
          <w:numId w:val="15"/>
        </w:numPr>
        <w:pBdr>
          <w:top w:val="nil"/>
          <w:left w:val="nil"/>
          <w:bottom w:val="nil"/>
          <w:right w:val="nil"/>
          <w:between w:val="nil"/>
        </w:pBdr>
        <w:spacing w:after="0"/>
      </w:pPr>
      <w:r>
        <w:rPr>
          <w:color w:val="000000"/>
        </w:rPr>
        <w:t>Section 076200</w:t>
      </w:r>
      <w:r>
        <w:t xml:space="preserve">: </w:t>
      </w:r>
      <w:r>
        <w:rPr>
          <w:color w:val="000000"/>
        </w:rPr>
        <w:t>Sheet Metal Flashing and Trim</w:t>
      </w:r>
    </w:p>
    <w:p w14:paraId="00000014" w14:textId="77777777" w:rsidR="009176E9" w:rsidRDefault="00B47E87">
      <w:pPr>
        <w:numPr>
          <w:ilvl w:val="0"/>
          <w:numId w:val="15"/>
        </w:numPr>
        <w:pBdr>
          <w:top w:val="nil"/>
          <w:left w:val="nil"/>
          <w:bottom w:val="nil"/>
          <w:right w:val="nil"/>
          <w:between w:val="nil"/>
        </w:pBdr>
        <w:spacing w:after="0"/>
      </w:pPr>
      <w:r>
        <w:rPr>
          <w:color w:val="000000"/>
        </w:rPr>
        <w:t>Section 099113</w:t>
      </w:r>
      <w:r>
        <w:t xml:space="preserve">: </w:t>
      </w:r>
      <w:r>
        <w:rPr>
          <w:color w:val="000000"/>
        </w:rPr>
        <w:t>Exterior Painting</w:t>
      </w:r>
    </w:p>
    <w:p w14:paraId="00000015" w14:textId="77777777" w:rsidR="009176E9" w:rsidRDefault="00B47E87">
      <w:pPr>
        <w:numPr>
          <w:ilvl w:val="0"/>
          <w:numId w:val="15"/>
        </w:numPr>
        <w:pBdr>
          <w:top w:val="nil"/>
          <w:left w:val="nil"/>
          <w:bottom w:val="nil"/>
          <w:right w:val="nil"/>
          <w:between w:val="nil"/>
        </w:pBdr>
        <w:spacing w:after="0"/>
      </w:pPr>
      <w:r>
        <w:rPr>
          <w:color w:val="000000"/>
        </w:rPr>
        <w:t>Section 097000</w:t>
      </w:r>
      <w:r>
        <w:t xml:space="preserve">: </w:t>
      </w:r>
      <w:r>
        <w:rPr>
          <w:color w:val="000000"/>
        </w:rPr>
        <w:t>Wall Finishes</w:t>
      </w:r>
    </w:p>
    <w:p w14:paraId="00000016" w14:textId="77777777" w:rsidR="009176E9" w:rsidRDefault="00B47E87">
      <w:pPr>
        <w:numPr>
          <w:ilvl w:val="0"/>
          <w:numId w:val="15"/>
        </w:numPr>
        <w:pBdr>
          <w:top w:val="nil"/>
          <w:left w:val="nil"/>
          <w:bottom w:val="nil"/>
          <w:right w:val="nil"/>
          <w:between w:val="nil"/>
        </w:pBdr>
        <w:spacing w:after="60"/>
      </w:pPr>
      <w:r>
        <w:rPr>
          <w:color w:val="000000"/>
        </w:rPr>
        <w:t>Section 097800</w:t>
      </w:r>
      <w:r>
        <w:t xml:space="preserve">: </w:t>
      </w:r>
      <w:r>
        <w:rPr>
          <w:color w:val="000000"/>
        </w:rPr>
        <w:t>Interior Wall Panels</w:t>
      </w:r>
    </w:p>
    <w:p w14:paraId="00000017" w14:textId="77777777" w:rsidR="009176E9" w:rsidRDefault="00B47E87">
      <w:pPr>
        <w:pStyle w:val="Heading2"/>
        <w:spacing w:after="80"/>
      </w:pPr>
      <w:r>
        <w:rPr>
          <w:sz w:val="24"/>
          <w:szCs w:val="24"/>
        </w:rPr>
        <w:t>1.3 REFERENCE STANDARDS</w:t>
      </w:r>
    </w:p>
    <w:p w14:paraId="00000018" w14:textId="77777777" w:rsidR="009176E9" w:rsidRDefault="00B47E87">
      <w:pPr>
        <w:numPr>
          <w:ilvl w:val="0"/>
          <w:numId w:val="10"/>
        </w:numPr>
        <w:pBdr>
          <w:top w:val="nil"/>
          <w:left w:val="nil"/>
          <w:bottom w:val="nil"/>
          <w:right w:val="nil"/>
          <w:between w:val="nil"/>
        </w:pBdr>
        <w:spacing w:after="0"/>
      </w:pPr>
      <w:proofErr w:type="spellStart"/>
      <w:r>
        <w:rPr>
          <w:color w:val="000000"/>
        </w:rPr>
        <w:t>AAMA</w:t>
      </w:r>
      <w:proofErr w:type="spellEnd"/>
      <w:r>
        <w:rPr>
          <w:color w:val="000000"/>
        </w:rPr>
        <w:t xml:space="preserve"> 509</w:t>
      </w:r>
      <w:r>
        <w:t xml:space="preserve">: </w:t>
      </w:r>
      <w:r>
        <w:rPr>
          <w:color w:val="000000"/>
        </w:rPr>
        <w:t>Voluntary Test and Classification Method for Drained and Back Ventilated Rainscreen Wall Cladding System</w:t>
      </w:r>
    </w:p>
    <w:p w14:paraId="00000019" w14:textId="77777777" w:rsidR="009176E9" w:rsidRDefault="00B47E87">
      <w:pPr>
        <w:numPr>
          <w:ilvl w:val="0"/>
          <w:numId w:val="10"/>
        </w:numPr>
        <w:pBdr>
          <w:top w:val="nil"/>
          <w:left w:val="nil"/>
          <w:bottom w:val="nil"/>
          <w:right w:val="nil"/>
          <w:between w:val="nil"/>
        </w:pBdr>
        <w:spacing w:after="0"/>
      </w:pPr>
      <w:proofErr w:type="spellStart"/>
      <w:r>
        <w:rPr>
          <w:color w:val="000000"/>
        </w:rPr>
        <w:t>AAMA</w:t>
      </w:r>
      <w:proofErr w:type="spellEnd"/>
      <w:r>
        <w:rPr>
          <w:color w:val="000000"/>
        </w:rPr>
        <w:t xml:space="preserve"> 611</w:t>
      </w:r>
      <w:r>
        <w:t xml:space="preserve">: </w:t>
      </w:r>
      <w:r>
        <w:rPr>
          <w:color w:val="000000"/>
        </w:rPr>
        <w:t>Specification for Anodized Architectural Aluminum</w:t>
      </w:r>
    </w:p>
    <w:p w14:paraId="0000001A" w14:textId="77777777" w:rsidR="009176E9" w:rsidRDefault="00B47E87">
      <w:pPr>
        <w:numPr>
          <w:ilvl w:val="0"/>
          <w:numId w:val="10"/>
        </w:numPr>
        <w:pBdr>
          <w:top w:val="nil"/>
          <w:left w:val="nil"/>
          <w:bottom w:val="nil"/>
          <w:right w:val="nil"/>
          <w:between w:val="nil"/>
        </w:pBdr>
        <w:spacing w:after="0"/>
      </w:pPr>
      <w:proofErr w:type="spellStart"/>
      <w:r>
        <w:rPr>
          <w:color w:val="000000"/>
        </w:rPr>
        <w:t>ASCE</w:t>
      </w:r>
      <w:proofErr w:type="spellEnd"/>
      <w:r>
        <w:rPr>
          <w:color w:val="000000"/>
        </w:rPr>
        <w:t xml:space="preserve"> 7</w:t>
      </w:r>
      <w:r>
        <w:t xml:space="preserve">: </w:t>
      </w:r>
      <w:r>
        <w:rPr>
          <w:color w:val="000000"/>
        </w:rPr>
        <w:t>Minimum Design Loads and Associated Criteria for Buildings and Other Structures; Most Recent Edition Cited by Referring Code or Reference Standard</w:t>
      </w:r>
    </w:p>
    <w:p w14:paraId="0000001B" w14:textId="77777777" w:rsidR="009176E9" w:rsidRDefault="00B47E87">
      <w:pPr>
        <w:numPr>
          <w:ilvl w:val="0"/>
          <w:numId w:val="10"/>
        </w:numPr>
        <w:pBdr>
          <w:top w:val="nil"/>
          <w:left w:val="nil"/>
          <w:bottom w:val="nil"/>
          <w:right w:val="nil"/>
          <w:between w:val="nil"/>
        </w:pBdr>
        <w:spacing w:after="0"/>
      </w:pPr>
      <w:r>
        <w:rPr>
          <w:color w:val="000000"/>
        </w:rPr>
        <w:t>ASTM B117</w:t>
      </w:r>
      <w:r>
        <w:t xml:space="preserve">: </w:t>
      </w:r>
      <w:r>
        <w:rPr>
          <w:color w:val="000000"/>
        </w:rPr>
        <w:t>Standard Practice for Operating Salt Spray (Fog) Apparatus</w:t>
      </w:r>
    </w:p>
    <w:p w14:paraId="0000001C" w14:textId="77777777" w:rsidR="009176E9" w:rsidRDefault="00B47E87">
      <w:pPr>
        <w:numPr>
          <w:ilvl w:val="0"/>
          <w:numId w:val="10"/>
        </w:numPr>
        <w:pBdr>
          <w:top w:val="nil"/>
          <w:left w:val="nil"/>
          <w:bottom w:val="nil"/>
          <w:right w:val="nil"/>
          <w:between w:val="nil"/>
        </w:pBdr>
        <w:spacing w:after="0"/>
      </w:pPr>
      <w:r>
        <w:rPr>
          <w:color w:val="000000"/>
        </w:rPr>
        <w:t>ASTM C518</w:t>
      </w:r>
      <w:r>
        <w:t xml:space="preserve">: </w:t>
      </w:r>
      <w:r>
        <w:rPr>
          <w:color w:val="000000"/>
        </w:rPr>
        <w:t>Standard Test Method for Steady-State Thermal Transmission Properties by Means of the Heat Flow Meter Apparatus</w:t>
      </w:r>
    </w:p>
    <w:p w14:paraId="0000001D" w14:textId="77777777" w:rsidR="009176E9" w:rsidRDefault="00B47E87">
      <w:pPr>
        <w:numPr>
          <w:ilvl w:val="0"/>
          <w:numId w:val="10"/>
        </w:numPr>
        <w:pBdr>
          <w:top w:val="nil"/>
          <w:left w:val="nil"/>
          <w:bottom w:val="nil"/>
          <w:right w:val="nil"/>
          <w:between w:val="nil"/>
        </w:pBdr>
        <w:spacing w:after="0"/>
      </w:pPr>
      <w:r>
        <w:rPr>
          <w:color w:val="000000"/>
        </w:rPr>
        <w:t>ASTM C1186</w:t>
      </w:r>
      <w:r>
        <w:t xml:space="preserve">: </w:t>
      </w:r>
      <w:r>
        <w:rPr>
          <w:color w:val="000000"/>
        </w:rPr>
        <w:t>Standard Specification for Flat Fiber Cement Sheets</w:t>
      </w:r>
    </w:p>
    <w:p w14:paraId="0000001E" w14:textId="77777777" w:rsidR="009176E9" w:rsidRDefault="00B47E87">
      <w:pPr>
        <w:numPr>
          <w:ilvl w:val="0"/>
          <w:numId w:val="10"/>
        </w:numPr>
        <w:pBdr>
          <w:top w:val="nil"/>
          <w:left w:val="nil"/>
          <w:bottom w:val="nil"/>
          <w:right w:val="nil"/>
          <w:between w:val="nil"/>
        </w:pBdr>
        <w:spacing w:after="0"/>
      </w:pPr>
      <w:r>
        <w:t>ASTM C1288: Standard Specification for Flat Fiber Cement Interior Sheets</w:t>
      </w:r>
    </w:p>
    <w:p w14:paraId="0000001F" w14:textId="77777777" w:rsidR="009176E9" w:rsidRDefault="00B47E87">
      <w:pPr>
        <w:numPr>
          <w:ilvl w:val="0"/>
          <w:numId w:val="10"/>
        </w:numPr>
        <w:pBdr>
          <w:top w:val="nil"/>
          <w:left w:val="nil"/>
          <w:bottom w:val="nil"/>
          <w:right w:val="nil"/>
          <w:between w:val="nil"/>
        </w:pBdr>
        <w:spacing w:after="0"/>
      </w:pPr>
      <w:r>
        <w:rPr>
          <w:color w:val="000000"/>
        </w:rPr>
        <w:t>ASTM E84</w:t>
      </w:r>
      <w:r>
        <w:t xml:space="preserve">: </w:t>
      </w:r>
      <w:r>
        <w:rPr>
          <w:color w:val="000000"/>
        </w:rPr>
        <w:t>Standard Test Method for Surface Burning Characteristics of Building Materials</w:t>
      </w:r>
    </w:p>
    <w:p w14:paraId="00000020" w14:textId="77777777" w:rsidR="009176E9" w:rsidRDefault="00B47E87">
      <w:pPr>
        <w:numPr>
          <w:ilvl w:val="0"/>
          <w:numId w:val="10"/>
        </w:numPr>
        <w:pBdr>
          <w:top w:val="nil"/>
          <w:left w:val="nil"/>
          <w:bottom w:val="nil"/>
          <w:right w:val="nil"/>
          <w:between w:val="nil"/>
        </w:pBdr>
        <w:spacing w:after="0"/>
      </w:pPr>
      <w:r>
        <w:lastRenderedPageBreak/>
        <w:t>ASTM E90: Standard Test Method for Laboratory Measurement of Airborne Sound Transmission Loss of Building Partitions and Elements</w:t>
      </w:r>
    </w:p>
    <w:p w14:paraId="00000021" w14:textId="77777777" w:rsidR="009176E9" w:rsidRDefault="00B47E87">
      <w:pPr>
        <w:numPr>
          <w:ilvl w:val="0"/>
          <w:numId w:val="10"/>
        </w:numPr>
        <w:pBdr>
          <w:top w:val="nil"/>
          <w:left w:val="nil"/>
          <w:bottom w:val="nil"/>
          <w:right w:val="nil"/>
          <w:between w:val="nil"/>
        </w:pBdr>
        <w:spacing w:after="0"/>
      </w:pPr>
      <w:r>
        <w:rPr>
          <w:color w:val="000000"/>
        </w:rPr>
        <w:t>ASTM E119</w:t>
      </w:r>
      <w:r>
        <w:t xml:space="preserve">: </w:t>
      </w:r>
      <w:r>
        <w:rPr>
          <w:color w:val="000000"/>
        </w:rPr>
        <w:t>Standard Test Method for Fire Tests of Building Construction and Materials</w:t>
      </w:r>
    </w:p>
    <w:p w14:paraId="00000022" w14:textId="77777777" w:rsidR="009176E9" w:rsidRDefault="00B47E87">
      <w:pPr>
        <w:numPr>
          <w:ilvl w:val="0"/>
          <w:numId w:val="10"/>
        </w:numPr>
        <w:pBdr>
          <w:top w:val="nil"/>
          <w:left w:val="nil"/>
          <w:bottom w:val="nil"/>
          <w:right w:val="nil"/>
          <w:between w:val="nil"/>
        </w:pBdr>
        <w:spacing w:after="0"/>
      </w:pPr>
      <w:r>
        <w:rPr>
          <w:color w:val="000000"/>
        </w:rPr>
        <w:t>ASTM E228</w:t>
      </w:r>
      <w:r>
        <w:t xml:space="preserve">: </w:t>
      </w:r>
      <w:r>
        <w:rPr>
          <w:color w:val="000000"/>
        </w:rPr>
        <w:t>Standard Test Method for Linear Thermal Expansion of Solid Materials with a Vitreous Silica Dilatometer</w:t>
      </w:r>
    </w:p>
    <w:p w14:paraId="00000023" w14:textId="77777777" w:rsidR="009176E9" w:rsidRDefault="00B47E87">
      <w:pPr>
        <w:numPr>
          <w:ilvl w:val="0"/>
          <w:numId w:val="10"/>
        </w:numPr>
        <w:pBdr>
          <w:top w:val="nil"/>
          <w:left w:val="nil"/>
          <w:bottom w:val="nil"/>
          <w:right w:val="nil"/>
          <w:between w:val="nil"/>
        </w:pBdr>
        <w:spacing w:after="0"/>
      </w:pPr>
      <w:r>
        <w:rPr>
          <w:color w:val="000000"/>
        </w:rPr>
        <w:t>ASTM E330/E330M</w:t>
      </w:r>
      <w:r>
        <w:t xml:space="preserve">: </w:t>
      </w:r>
      <w:r>
        <w:rPr>
          <w:color w:val="000000"/>
        </w:rPr>
        <w:t>Standard Test Method for Structural Performance of Exterior Windows, Skylights, Doors, and Curtain Walls by Uniform Static Air Pressure Difference</w:t>
      </w:r>
    </w:p>
    <w:p w14:paraId="00000024" w14:textId="77777777" w:rsidR="009176E9" w:rsidRDefault="00B47E87">
      <w:pPr>
        <w:numPr>
          <w:ilvl w:val="0"/>
          <w:numId w:val="10"/>
        </w:numPr>
        <w:pBdr>
          <w:top w:val="nil"/>
          <w:left w:val="nil"/>
          <w:bottom w:val="nil"/>
          <w:right w:val="nil"/>
          <w:between w:val="nil"/>
        </w:pBdr>
        <w:spacing w:after="0"/>
      </w:pPr>
      <w:r>
        <w:rPr>
          <w:color w:val="000000"/>
        </w:rPr>
        <w:t>ASTM E331</w:t>
      </w:r>
      <w:r>
        <w:t xml:space="preserve">: </w:t>
      </w:r>
      <w:r>
        <w:rPr>
          <w:color w:val="000000"/>
        </w:rPr>
        <w:t>Standard Test Method for Water Penetration of Exterior Windows, Skylights, Doors, and Curtain Walls by Uniform Static Air Pressure Difference</w:t>
      </w:r>
    </w:p>
    <w:p w14:paraId="00000025" w14:textId="77777777" w:rsidR="009176E9" w:rsidRDefault="00B47E87">
      <w:pPr>
        <w:numPr>
          <w:ilvl w:val="0"/>
          <w:numId w:val="10"/>
        </w:numPr>
        <w:pBdr>
          <w:top w:val="nil"/>
          <w:left w:val="nil"/>
          <w:bottom w:val="nil"/>
          <w:right w:val="nil"/>
          <w:between w:val="nil"/>
        </w:pBdr>
        <w:spacing w:after="0"/>
      </w:pPr>
      <w:r>
        <w:rPr>
          <w:color w:val="000000"/>
        </w:rPr>
        <w:t>ASTM E2768</w:t>
      </w:r>
      <w:r>
        <w:t xml:space="preserve">: </w:t>
      </w:r>
      <w:r>
        <w:rPr>
          <w:color w:val="000000"/>
        </w:rPr>
        <w:t>Standard Test Method for Extended Surface Burning Characteristics of Building Materials</w:t>
      </w:r>
    </w:p>
    <w:p w14:paraId="00000026" w14:textId="77777777" w:rsidR="009176E9" w:rsidRDefault="00B47E87">
      <w:pPr>
        <w:numPr>
          <w:ilvl w:val="0"/>
          <w:numId w:val="10"/>
        </w:numPr>
        <w:pBdr>
          <w:top w:val="nil"/>
          <w:left w:val="nil"/>
          <w:bottom w:val="nil"/>
          <w:right w:val="nil"/>
          <w:between w:val="nil"/>
        </w:pBdr>
        <w:spacing w:after="0"/>
      </w:pPr>
      <w:r>
        <w:rPr>
          <w:color w:val="000000"/>
        </w:rPr>
        <w:t>BABA</w:t>
      </w:r>
      <w:r>
        <w:t xml:space="preserve">: </w:t>
      </w:r>
      <w:r>
        <w:rPr>
          <w:color w:val="000000"/>
        </w:rPr>
        <w:t xml:space="preserve">Build America, Buy America. Federally Funded Infrastructure Construction Materials must be Manufactured in the United States, Public Law 117-58, Title IX, Subtitle A, </w:t>
      </w:r>
      <w:r>
        <w:t xml:space="preserve">Subtitle </w:t>
      </w:r>
      <w:r>
        <w:rPr>
          <w:color w:val="000000"/>
        </w:rPr>
        <w:t>70901-70927</w:t>
      </w:r>
    </w:p>
    <w:p w14:paraId="00000027" w14:textId="77777777" w:rsidR="009176E9" w:rsidRDefault="00B47E87">
      <w:pPr>
        <w:numPr>
          <w:ilvl w:val="0"/>
          <w:numId w:val="10"/>
        </w:numPr>
        <w:pBdr>
          <w:top w:val="nil"/>
          <w:left w:val="nil"/>
          <w:bottom w:val="nil"/>
          <w:right w:val="nil"/>
          <w:between w:val="nil"/>
        </w:pBdr>
        <w:spacing w:after="0"/>
      </w:pPr>
      <w:r>
        <w:rPr>
          <w:color w:val="000000"/>
        </w:rPr>
        <w:t>CAN/</w:t>
      </w:r>
      <w:proofErr w:type="spellStart"/>
      <w:r>
        <w:rPr>
          <w:color w:val="000000"/>
        </w:rPr>
        <w:t>ULC</w:t>
      </w:r>
      <w:proofErr w:type="spellEnd"/>
      <w:r>
        <w:rPr>
          <w:color w:val="000000"/>
        </w:rPr>
        <w:t xml:space="preserve"> S102</w:t>
      </w:r>
      <w:r>
        <w:t xml:space="preserve">: </w:t>
      </w:r>
      <w:r>
        <w:rPr>
          <w:color w:val="000000"/>
        </w:rPr>
        <w:t xml:space="preserve">Standard Council of Canada &amp; Underwriters Laboratories Canada </w:t>
      </w:r>
      <w:proofErr w:type="spellStart"/>
      <w:r>
        <w:rPr>
          <w:color w:val="000000"/>
        </w:rPr>
        <w:t>ULC</w:t>
      </w:r>
      <w:proofErr w:type="spellEnd"/>
      <w:r>
        <w:rPr>
          <w:color w:val="000000"/>
        </w:rPr>
        <w:t>, Standard Method of Test for Surface Burning</w:t>
      </w:r>
    </w:p>
    <w:p w14:paraId="00000028" w14:textId="77777777" w:rsidR="009176E9" w:rsidRDefault="00B47E87">
      <w:pPr>
        <w:numPr>
          <w:ilvl w:val="0"/>
          <w:numId w:val="10"/>
        </w:numPr>
        <w:pBdr>
          <w:top w:val="nil"/>
          <w:left w:val="nil"/>
          <w:bottom w:val="nil"/>
          <w:right w:val="nil"/>
          <w:between w:val="nil"/>
        </w:pBdr>
        <w:spacing w:after="0"/>
      </w:pPr>
      <w:r>
        <w:rPr>
          <w:color w:val="000000"/>
        </w:rPr>
        <w:t>CAN/</w:t>
      </w:r>
      <w:proofErr w:type="spellStart"/>
      <w:r>
        <w:rPr>
          <w:color w:val="000000"/>
        </w:rPr>
        <w:t>ULC</w:t>
      </w:r>
      <w:proofErr w:type="spellEnd"/>
      <w:r>
        <w:rPr>
          <w:color w:val="000000"/>
        </w:rPr>
        <w:t xml:space="preserve"> S134</w:t>
      </w:r>
      <w:r>
        <w:t xml:space="preserve">: </w:t>
      </w:r>
      <w:r>
        <w:rPr>
          <w:color w:val="000000"/>
        </w:rPr>
        <w:t xml:space="preserve">Standard Council of Canada &amp; Underwriters Laboratories Canada </w:t>
      </w:r>
      <w:proofErr w:type="spellStart"/>
      <w:r>
        <w:rPr>
          <w:color w:val="000000"/>
        </w:rPr>
        <w:t>ULC</w:t>
      </w:r>
      <w:proofErr w:type="spellEnd"/>
      <w:r>
        <w:rPr>
          <w:color w:val="000000"/>
        </w:rPr>
        <w:t>, Standard Method of Fire Test of Exterior Wall Assembly</w:t>
      </w:r>
    </w:p>
    <w:p w14:paraId="00000029" w14:textId="77777777" w:rsidR="009176E9" w:rsidRDefault="00B47E87">
      <w:pPr>
        <w:numPr>
          <w:ilvl w:val="0"/>
          <w:numId w:val="10"/>
        </w:numPr>
        <w:pBdr>
          <w:top w:val="nil"/>
          <w:left w:val="nil"/>
          <w:bottom w:val="nil"/>
          <w:right w:val="nil"/>
          <w:between w:val="nil"/>
        </w:pBdr>
        <w:spacing w:after="0"/>
      </w:pPr>
      <w:proofErr w:type="spellStart"/>
      <w:r>
        <w:rPr>
          <w:color w:val="000000"/>
        </w:rPr>
        <w:t>FBC</w:t>
      </w:r>
      <w:proofErr w:type="spellEnd"/>
      <w:r>
        <w:rPr>
          <w:color w:val="000000"/>
        </w:rPr>
        <w:t xml:space="preserve"> TAS 202</w:t>
      </w:r>
      <w:r>
        <w:t xml:space="preserve">: </w:t>
      </w:r>
      <w:r>
        <w:rPr>
          <w:color w:val="000000"/>
        </w:rPr>
        <w:t>Criteria for Testing Impact and Non-Impact Resistant Building Envelope Components Using Uniform Static Air Pressure</w:t>
      </w:r>
    </w:p>
    <w:p w14:paraId="0000002A" w14:textId="77777777" w:rsidR="009176E9" w:rsidRDefault="00B47E87">
      <w:pPr>
        <w:numPr>
          <w:ilvl w:val="0"/>
          <w:numId w:val="10"/>
        </w:numPr>
        <w:pBdr>
          <w:top w:val="nil"/>
          <w:left w:val="nil"/>
          <w:bottom w:val="nil"/>
          <w:right w:val="nil"/>
          <w:between w:val="nil"/>
        </w:pBdr>
        <w:spacing w:after="0"/>
      </w:pPr>
      <w:proofErr w:type="spellStart"/>
      <w:r>
        <w:rPr>
          <w:color w:val="000000"/>
        </w:rPr>
        <w:t>FBC</w:t>
      </w:r>
      <w:proofErr w:type="spellEnd"/>
      <w:r>
        <w:rPr>
          <w:color w:val="000000"/>
        </w:rPr>
        <w:t xml:space="preserve"> TAS 203</w:t>
      </w:r>
      <w:r>
        <w:t xml:space="preserve">: </w:t>
      </w:r>
      <w:r>
        <w:rPr>
          <w:color w:val="000000"/>
        </w:rPr>
        <w:t>Criteria for Testing Products Subject to Cyclic Wind Pressure Loading</w:t>
      </w:r>
    </w:p>
    <w:p w14:paraId="0000002B" w14:textId="77777777" w:rsidR="009176E9" w:rsidRDefault="00B47E87">
      <w:pPr>
        <w:numPr>
          <w:ilvl w:val="0"/>
          <w:numId w:val="10"/>
        </w:numPr>
        <w:pBdr>
          <w:top w:val="nil"/>
          <w:left w:val="nil"/>
          <w:bottom w:val="nil"/>
          <w:right w:val="nil"/>
          <w:between w:val="nil"/>
        </w:pBdr>
        <w:spacing w:after="0"/>
      </w:pPr>
      <w:r>
        <w:rPr>
          <w:color w:val="000000"/>
        </w:rPr>
        <w:t>NFPA 285</w:t>
      </w:r>
      <w:r>
        <w:t xml:space="preserve">: </w:t>
      </w:r>
      <w:r>
        <w:rPr>
          <w:color w:val="000000"/>
        </w:rPr>
        <w:t>Standard Fire Test Method for Evaluation of Fire Propagation Characteristics of Exterior Wall Assemblies Containing Combustible Components</w:t>
      </w:r>
    </w:p>
    <w:p w14:paraId="0000002C" w14:textId="77777777" w:rsidR="009176E9" w:rsidRDefault="00B47E87">
      <w:pPr>
        <w:numPr>
          <w:ilvl w:val="0"/>
          <w:numId w:val="10"/>
        </w:numPr>
        <w:pBdr>
          <w:top w:val="nil"/>
          <w:left w:val="nil"/>
          <w:bottom w:val="nil"/>
          <w:right w:val="nil"/>
          <w:between w:val="nil"/>
        </w:pBdr>
        <w:spacing w:after="0"/>
      </w:pPr>
      <w:r>
        <w:rPr>
          <w:color w:val="000000"/>
        </w:rPr>
        <w:t>NFPA 268</w:t>
      </w:r>
      <w:r>
        <w:t xml:space="preserve">: </w:t>
      </w:r>
      <w:r>
        <w:rPr>
          <w:color w:val="000000"/>
        </w:rPr>
        <w:t>Standard Test Method for Determining Ignitability of Exterior Wall Assemblies Using a Radiant Heat Energy Source</w:t>
      </w:r>
    </w:p>
    <w:p w14:paraId="0000002D" w14:textId="77777777" w:rsidR="009176E9" w:rsidRDefault="00B47E87">
      <w:pPr>
        <w:numPr>
          <w:ilvl w:val="0"/>
          <w:numId w:val="10"/>
        </w:numPr>
        <w:pBdr>
          <w:top w:val="nil"/>
          <w:left w:val="nil"/>
          <w:bottom w:val="nil"/>
          <w:right w:val="nil"/>
          <w:between w:val="nil"/>
        </w:pBdr>
        <w:spacing w:after="60"/>
      </w:pPr>
      <w:r>
        <w:t>NFPA 286: Standard Fire Test Method for Evaluating Contribution of Wall and Ceiling Interior Finish to Room Fire Growth</w:t>
      </w:r>
    </w:p>
    <w:p w14:paraId="0000002E" w14:textId="77777777" w:rsidR="009176E9" w:rsidRDefault="00B47E87">
      <w:pPr>
        <w:pStyle w:val="Heading2"/>
        <w:spacing w:after="80"/>
      </w:pPr>
      <w:r>
        <w:rPr>
          <w:sz w:val="24"/>
          <w:szCs w:val="24"/>
        </w:rPr>
        <w:t>1.4 SUBMITTALS</w:t>
      </w:r>
    </w:p>
    <w:p w14:paraId="0000002F" w14:textId="77777777" w:rsidR="009176E9" w:rsidRDefault="00B47E87">
      <w:pPr>
        <w:numPr>
          <w:ilvl w:val="0"/>
          <w:numId w:val="16"/>
        </w:numPr>
        <w:pBdr>
          <w:top w:val="nil"/>
          <w:left w:val="nil"/>
          <w:bottom w:val="nil"/>
          <w:right w:val="nil"/>
          <w:between w:val="nil"/>
        </w:pBdr>
        <w:spacing w:after="0"/>
      </w:pPr>
      <w:r>
        <w:rPr>
          <w:color w:val="000000"/>
        </w:rPr>
        <w:t>See Section 013300</w:t>
      </w:r>
      <w:r>
        <w:t xml:space="preserve">: </w:t>
      </w:r>
      <w:r>
        <w:rPr>
          <w:color w:val="000000"/>
        </w:rPr>
        <w:t>Administrative Requirements for Submittal Procedures</w:t>
      </w:r>
    </w:p>
    <w:p w14:paraId="00000030" w14:textId="77777777" w:rsidR="009176E9" w:rsidRDefault="00B47E87">
      <w:pPr>
        <w:numPr>
          <w:ilvl w:val="0"/>
          <w:numId w:val="16"/>
        </w:numPr>
        <w:pBdr>
          <w:top w:val="nil"/>
          <w:left w:val="nil"/>
          <w:bottom w:val="nil"/>
          <w:right w:val="nil"/>
          <w:between w:val="nil"/>
        </w:pBdr>
        <w:spacing w:after="0"/>
      </w:pPr>
      <w:r>
        <w:rPr>
          <w:color w:val="000000"/>
        </w:rPr>
        <w:t>Product Data</w:t>
      </w:r>
      <w:r>
        <w:t xml:space="preserve">: </w:t>
      </w:r>
      <w:r>
        <w:rPr>
          <w:color w:val="000000"/>
        </w:rPr>
        <w:t>Submit manufacturer's product description, storage, and handling requirements and installation instructions</w:t>
      </w:r>
    </w:p>
    <w:p w14:paraId="00000031" w14:textId="77777777" w:rsidR="009176E9" w:rsidRDefault="00B47E87">
      <w:pPr>
        <w:numPr>
          <w:ilvl w:val="0"/>
          <w:numId w:val="16"/>
        </w:numPr>
        <w:pBdr>
          <w:top w:val="nil"/>
          <w:left w:val="nil"/>
          <w:bottom w:val="nil"/>
          <w:right w:val="nil"/>
          <w:between w:val="nil"/>
        </w:pBdr>
        <w:spacing w:after="0"/>
      </w:pPr>
      <w:r>
        <w:rPr>
          <w:color w:val="000000"/>
        </w:rPr>
        <w:t>Manufacturer's Details</w:t>
      </w:r>
      <w:r>
        <w:t xml:space="preserve">: </w:t>
      </w:r>
      <w:r>
        <w:rPr>
          <w:color w:val="000000"/>
        </w:rPr>
        <w:t>3-Part CAD &amp; BIM (.dwg, .</w:t>
      </w:r>
      <w:proofErr w:type="spellStart"/>
      <w:r>
        <w:rPr>
          <w:color w:val="000000"/>
        </w:rPr>
        <w:t>dwf</w:t>
      </w:r>
      <w:proofErr w:type="spellEnd"/>
      <w:r>
        <w:rPr>
          <w:color w:val="000000"/>
        </w:rPr>
        <w:t>, .</w:t>
      </w:r>
      <w:proofErr w:type="spellStart"/>
      <w:r>
        <w:rPr>
          <w:color w:val="000000"/>
        </w:rPr>
        <w:t>rvt</w:t>
      </w:r>
      <w:proofErr w:type="spellEnd"/>
      <w:r>
        <w:rPr>
          <w:color w:val="000000"/>
        </w:rPr>
        <w:t>, and/or .pdf formats) including plans, sections, and installation details that demonstrate product dimensions, edge/termination condition treatments, compression, control joints, corners, openings, and penetrations</w:t>
      </w:r>
    </w:p>
    <w:p w14:paraId="00000032" w14:textId="77777777" w:rsidR="009176E9" w:rsidRDefault="00B47E87">
      <w:pPr>
        <w:numPr>
          <w:ilvl w:val="0"/>
          <w:numId w:val="16"/>
        </w:numPr>
        <w:pBdr>
          <w:top w:val="nil"/>
          <w:left w:val="nil"/>
          <w:bottom w:val="nil"/>
          <w:right w:val="nil"/>
          <w:between w:val="nil"/>
        </w:pBdr>
        <w:spacing w:after="0"/>
      </w:pPr>
      <w:r>
        <w:rPr>
          <w:color w:val="000000"/>
        </w:rPr>
        <w:t>LEED Credits</w:t>
      </w:r>
      <w:r>
        <w:t xml:space="preserve">: </w:t>
      </w:r>
      <w:r>
        <w:rPr>
          <w:color w:val="000000"/>
        </w:rPr>
        <w:t>Provide documentation of LEED credits for project certifications under USGBC LEED 2009, Version 3.0 or 4.0</w:t>
      </w:r>
    </w:p>
    <w:p w14:paraId="00000033" w14:textId="77777777" w:rsidR="009176E9" w:rsidRDefault="00B47E87">
      <w:pPr>
        <w:numPr>
          <w:ilvl w:val="0"/>
          <w:numId w:val="16"/>
        </w:numPr>
        <w:pBdr>
          <w:top w:val="nil"/>
          <w:left w:val="nil"/>
          <w:bottom w:val="nil"/>
          <w:right w:val="nil"/>
          <w:between w:val="nil"/>
        </w:pBdr>
        <w:spacing w:after="0"/>
      </w:pPr>
      <w:r>
        <w:rPr>
          <w:color w:val="000000"/>
        </w:rPr>
        <w:t>Product Test Reports and Code Compliances</w:t>
      </w:r>
      <w:r>
        <w:t xml:space="preserve">: </w:t>
      </w:r>
      <w:r>
        <w:rPr>
          <w:color w:val="000000"/>
        </w:rPr>
        <w:t>Documents demonstrating product compliance with local building codes, such as reports or evaluations from qualified independent agencies</w:t>
      </w:r>
    </w:p>
    <w:p w14:paraId="00000034" w14:textId="77777777" w:rsidR="009176E9" w:rsidRDefault="00B47E87">
      <w:pPr>
        <w:numPr>
          <w:ilvl w:val="0"/>
          <w:numId w:val="16"/>
        </w:numPr>
        <w:pBdr>
          <w:top w:val="nil"/>
          <w:left w:val="nil"/>
          <w:bottom w:val="nil"/>
          <w:right w:val="nil"/>
          <w:between w:val="nil"/>
        </w:pBdr>
        <w:spacing w:after="0"/>
      </w:pPr>
      <w:r>
        <w:rPr>
          <w:color w:val="000000"/>
        </w:rPr>
        <w:t>Samples</w:t>
      </w:r>
      <w:r>
        <w:t xml:space="preserve">: </w:t>
      </w:r>
      <w:r>
        <w:rPr>
          <w:color w:val="000000"/>
        </w:rPr>
        <w:t>Submit samples of each product type proposed for use</w:t>
      </w:r>
    </w:p>
    <w:p w14:paraId="00000035" w14:textId="77777777" w:rsidR="009176E9" w:rsidRDefault="00B47E87">
      <w:pPr>
        <w:numPr>
          <w:ilvl w:val="0"/>
          <w:numId w:val="16"/>
        </w:numPr>
        <w:pBdr>
          <w:top w:val="nil"/>
          <w:left w:val="nil"/>
          <w:bottom w:val="nil"/>
          <w:right w:val="nil"/>
          <w:between w:val="nil"/>
        </w:pBdr>
        <w:spacing w:after="0"/>
      </w:pPr>
      <w:r>
        <w:rPr>
          <w:color w:val="000000"/>
        </w:rPr>
        <w:t>Manufacturer's Instructions</w:t>
      </w:r>
      <w:r>
        <w:t xml:space="preserve">: </w:t>
      </w:r>
      <w:r>
        <w:rPr>
          <w:color w:val="000000"/>
        </w:rPr>
        <w:t>Indicate installation procedures</w:t>
      </w:r>
    </w:p>
    <w:p w14:paraId="00000036" w14:textId="77777777" w:rsidR="009176E9" w:rsidRDefault="00B47E87">
      <w:pPr>
        <w:numPr>
          <w:ilvl w:val="0"/>
          <w:numId w:val="16"/>
        </w:numPr>
        <w:pBdr>
          <w:top w:val="nil"/>
          <w:left w:val="nil"/>
          <w:bottom w:val="nil"/>
          <w:right w:val="nil"/>
          <w:between w:val="nil"/>
        </w:pBdr>
        <w:spacing w:after="0"/>
        <w:rPr>
          <w:color w:val="000000"/>
        </w:rPr>
      </w:pPr>
      <w:r>
        <w:rPr>
          <w:color w:val="000000"/>
        </w:rPr>
        <w:t>Installer's Qualification Statement</w:t>
      </w:r>
    </w:p>
    <w:p w14:paraId="00000037" w14:textId="77777777" w:rsidR="009176E9" w:rsidRDefault="00B47E87">
      <w:pPr>
        <w:numPr>
          <w:ilvl w:val="0"/>
          <w:numId w:val="16"/>
        </w:numPr>
        <w:pBdr>
          <w:top w:val="nil"/>
          <w:left w:val="nil"/>
          <w:bottom w:val="nil"/>
          <w:right w:val="nil"/>
          <w:between w:val="nil"/>
        </w:pBdr>
        <w:spacing w:after="0"/>
        <w:rPr>
          <w:color w:val="000000"/>
        </w:rPr>
      </w:pPr>
      <w:r>
        <w:rPr>
          <w:color w:val="000000"/>
        </w:rPr>
        <w:lastRenderedPageBreak/>
        <w:t>Specimen Warranty</w:t>
      </w:r>
    </w:p>
    <w:p w14:paraId="00000038" w14:textId="77777777" w:rsidR="009176E9" w:rsidRDefault="00B47E87">
      <w:pPr>
        <w:numPr>
          <w:ilvl w:val="0"/>
          <w:numId w:val="16"/>
        </w:numPr>
        <w:pBdr>
          <w:top w:val="nil"/>
          <w:left w:val="nil"/>
          <w:bottom w:val="nil"/>
          <w:right w:val="nil"/>
          <w:between w:val="nil"/>
        </w:pBdr>
        <w:spacing w:after="60"/>
        <w:rPr>
          <w:color w:val="000000"/>
        </w:rPr>
      </w:pPr>
      <w:r>
        <w:rPr>
          <w:color w:val="000000"/>
        </w:rPr>
        <w:t>Executed Warranty</w:t>
      </w:r>
    </w:p>
    <w:p w14:paraId="00000039" w14:textId="77777777" w:rsidR="009176E9" w:rsidRDefault="00B47E87">
      <w:pPr>
        <w:pStyle w:val="Heading2"/>
        <w:spacing w:after="80"/>
      </w:pPr>
      <w:r>
        <w:rPr>
          <w:sz w:val="24"/>
          <w:szCs w:val="24"/>
        </w:rPr>
        <w:t>1.5 QUALITY ASSURANCE</w:t>
      </w:r>
    </w:p>
    <w:p w14:paraId="0000003A" w14:textId="77777777" w:rsidR="009176E9" w:rsidRDefault="00B47E87">
      <w:pPr>
        <w:numPr>
          <w:ilvl w:val="0"/>
          <w:numId w:val="7"/>
        </w:numPr>
        <w:pBdr>
          <w:top w:val="nil"/>
          <w:left w:val="nil"/>
          <w:bottom w:val="nil"/>
          <w:right w:val="nil"/>
          <w:between w:val="nil"/>
        </w:pBdr>
        <w:spacing w:after="0"/>
      </w:pPr>
      <w:r>
        <w:rPr>
          <w:color w:val="000000"/>
        </w:rPr>
        <w:t>Manufacturer Qualifications</w:t>
      </w:r>
      <w:r>
        <w:t xml:space="preserve">: </w:t>
      </w:r>
      <w:r>
        <w:rPr>
          <w:color w:val="000000"/>
        </w:rPr>
        <w:t xml:space="preserve">Panels must be manufactured in the United States to ensure compliance with BABA (Build America Buy America), Public Law 117-58, Title IX, Subtitle A, </w:t>
      </w:r>
      <w:r>
        <w:t xml:space="preserve">Subtitle </w:t>
      </w:r>
      <w:r>
        <w:rPr>
          <w:color w:val="000000"/>
        </w:rPr>
        <w:t>70901-70927</w:t>
      </w:r>
    </w:p>
    <w:p w14:paraId="0000003B" w14:textId="5595D6C6" w:rsidR="009176E9" w:rsidRDefault="00B47E87">
      <w:pPr>
        <w:numPr>
          <w:ilvl w:val="0"/>
          <w:numId w:val="7"/>
        </w:numPr>
        <w:pBdr>
          <w:top w:val="nil"/>
          <w:left w:val="nil"/>
          <w:bottom w:val="nil"/>
          <w:right w:val="nil"/>
          <w:between w:val="nil"/>
        </w:pBdr>
        <w:spacing w:after="0"/>
        <w:rPr>
          <w:color w:val="000000"/>
        </w:rPr>
      </w:pPr>
      <w:r>
        <w:rPr>
          <w:color w:val="000000"/>
        </w:rPr>
        <w:t xml:space="preserve">Products manufactured in Japan: </w:t>
      </w:r>
      <w:proofErr w:type="spellStart"/>
      <w:r>
        <w:rPr>
          <w:color w:val="000000"/>
        </w:rPr>
        <w:t>Miraia</w:t>
      </w:r>
      <w:proofErr w:type="spellEnd"/>
      <w:r>
        <w:rPr>
          <w:color w:val="000000"/>
        </w:rPr>
        <w:t xml:space="preserve">, </w:t>
      </w:r>
      <w:proofErr w:type="spellStart"/>
      <w:r>
        <w:rPr>
          <w:color w:val="000000"/>
        </w:rPr>
        <w:t>Latura</w:t>
      </w:r>
      <w:proofErr w:type="spellEnd"/>
      <w:r>
        <w:rPr>
          <w:color w:val="000000"/>
        </w:rPr>
        <w:t xml:space="preserve"> V-Groove, and Novenary</w:t>
      </w:r>
    </w:p>
    <w:p w14:paraId="0000003C" w14:textId="77777777" w:rsidR="009176E9" w:rsidRDefault="00B47E87">
      <w:pPr>
        <w:numPr>
          <w:ilvl w:val="0"/>
          <w:numId w:val="7"/>
        </w:numPr>
        <w:pBdr>
          <w:top w:val="nil"/>
          <w:left w:val="nil"/>
          <w:bottom w:val="nil"/>
          <w:right w:val="nil"/>
          <w:between w:val="nil"/>
        </w:pBdr>
        <w:spacing w:after="0"/>
        <w:rPr>
          <w:color w:val="000000"/>
        </w:rPr>
      </w:pPr>
      <w:r>
        <w:rPr>
          <w:color w:val="000000"/>
        </w:rPr>
        <w:t>All fiber cement panels specified in this section must be supplied by a manufacturer with a minimum of 10 years of experience in fabricating and supplying fiber cement cladding systems</w:t>
      </w:r>
    </w:p>
    <w:p w14:paraId="0000003D" w14:textId="77777777" w:rsidR="009176E9" w:rsidRDefault="00B47E87">
      <w:pPr>
        <w:numPr>
          <w:ilvl w:val="0"/>
          <w:numId w:val="7"/>
        </w:numPr>
        <w:pBdr>
          <w:top w:val="nil"/>
          <w:left w:val="nil"/>
          <w:bottom w:val="nil"/>
          <w:right w:val="nil"/>
          <w:between w:val="nil"/>
        </w:pBdr>
        <w:spacing w:after="0"/>
        <w:rPr>
          <w:color w:val="000000"/>
        </w:rPr>
      </w:pPr>
      <w:r>
        <w:rPr>
          <w:color w:val="000000"/>
        </w:rPr>
        <w:t>Provide technical and design support regarding installation requirements and warranty compliance provisions</w:t>
      </w:r>
    </w:p>
    <w:p w14:paraId="0000003E" w14:textId="77777777" w:rsidR="009176E9" w:rsidRDefault="00B47E87">
      <w:pPr>
        <w:numPr>
          <w:ilvl w:val="0"/>
          <w:numId w:val="7"/>
        </w:numPr>
        <w:pBdr>
          <w:top w:val="nil"/>
          <w:left w:val="nil"/>
          <w:bottom w:val="nil"/>
          <w:right w:val="nil"/>
          <w:between w:val="nil"/>
        </w:pBdr>
        <w:spacing w:after="0"/>
      </w:pPr>
      <w:r>
        <w:rPr>
          <w:color w:val="000000"/>
        </w:rPr>
        <w:t>Installer Qualifications</w:t>
      </w:r>
      <w:r>
        <w:t xml:space="preserve">: </w:t>
      </w:r>
      <w:r>
        <w:rPr>
          <w:color w:val="000000"/>
        </w:rPr>
        <w:t>All products listed in this section must be installed by a single installer trained and approved by manufacturer or representative</w:t>
      </w:r>
    </w:p>
    <w:p w14:paraId="0000003F" w14:textId="77777777" w:rsidR="009176E9" w:rsidRDefault="00B47E87">
      <w:pPr>
        <w:numPr>
          <w:ilvl w:val="0"/>
          <w:numId w:val="7"/>
        </w:numPr>
        <w:pBdr>
          <w:top w:val="nil"/>
          <w:left w:val="nil"/>
          <w:bottom w:val="nil"/>
          <w:right w:val="nil"/>
          <w:between w:val="nil"/>
        </w:pBdr>
        <w:spacing w:after="40"/>
      </w:pPr>
      <w:r>
        <w:rPr>
          <w:color w:val="000000"/>
        </w:rPr>
        <w:t>Pre-Installation Meetings</w:t>
      </w:r>
      <w:r>
        <w:t xml:space="preserve">: </w:t>
      </w:r>
      <w:r>
        <w:rPr>
          <w:color w:val="000000"/>
        </w:rPr>
        <w:t>Prior to beginning installation, conduct conference to verify and discuss substrate conditions, manufacturer's installation instructions, warranty, and project requirements</w:t>
      </w:r>
    </w:p>
    <w:p w14:paraId="00000040" w14:textId="77777777" w:rsidR="009176E9" w:rsidRDefault="00B47E87">
      <w:pPr>
        <w:pStyle w:val="Heading2"/>
        <w:spacing w:after="80"/>
      </w:pPr>
      <w:r>
        <w:rPr>
          <w:sz w:val="24"/>
          <w:szCs w:val="24"/>
        </w:rPr>
        <w:t>1.6 MOCK-UPS</w:t>
      </w:r>
    </w:p>
    <w:p w14:paraId="00000041" w14:textId="77777777" w:rsidR="009176E9" w:rsidRDefault="00B47E87">
      <w:pPr>
        <w:numPr>
          <w:ilvl w:val="0"/>
          <w:numId w:val="14"/>
        </w:numPr>
        <w:pBdr>
          <w:top w:val="nil"/>
          <w:left w:val="nil"/>
          <w:bottom w:val="nil"/>
          <w:right w:val="nil"/>
          <w:between w:val="nil"/>
        </w:pBdr>
        <w:spacing w:after="0"/>
      </w:pPr>
      <w:r>
        <w:rPr>
          <w:color w:val="000000"/>
        </w:rPr>
        <w:t>See Section 014000</w:t>
      </w:r>
      <w:r>
        <w:t xml:space="preserve">: </w:t>
      </w:r>
      <w:r>
        <w:rPr>
          <w:color w:val="000000"/>
        </w:rPr>
        <w:t>Quality Requirements for additional requirements</w:t>
      </w:r>
    </w:p>
    <w:p w14:paraId="00000042" w14:textId="77777777" w:rsidR="009176E9" w:rsidRDefault="00B47E87">
      <w:pPr>
        <w:numPr>
          <w:ilvl w:val="0"/>
          <w:numId w:val="14"/>
        </w:numPr>
        <w:pBdr>
          <w:top w:val="nil"/>
          <w:left w:val="nil"/>
          <w:bottom w:val="nil"/>
          <w:right w:val="nil"/>
          <w:between w:val="nil"/>
        </w:pBdr>
        <w:spacing w:after="0"/>
        <w:rPr>
          <w:color w:val="000000"/>
        </w:rPr>
      </w:pPr>
      <w:r>
        <w:rPr>
          <w:color w:val="000000"/>
        </w:rPr>
        <w:t>Provide a mock-up wall as evaluation tool for product and installation workmanship</w:t>
      </w:r>
    </w:p>
    <w:p w14:paraId="00000043" w14:textId="77777777" w:rsidR="009176E9" w:rsidRDefault="00B47E87">
      <w:pPr>
        <w:numPr>
          <w:ilvl w:val="0"/>
          <w:numId w:val="14"/>
        </w:numPr>
        <w:pBdr>
          <w:top w:val="nil"/>
          <w:left w:val="nil"/>
          <w:bottom w:val="nil"/>
          <w:right w:val="nil"/>
          <w:between w:val="nil"/>
        </w:pBdr>
        <w:spacing w:after="0"/>
        <w:rPr>
          <w:color w:val="000000"/>
        </w:rPr>
      </w:pPr>
      <w:r>
        <w:rPr>
          <w:color w:val="000000"/>
        </w:rPr>
        <w:t>Location directed by the architect on file</w:t>
      </w:r>
    </w:p>
    <w:p w14:paraId="00000044" w14:textId="77777777" w:rsidR="009176E9" w:rsidRDefault="00B47E87">
      <w:pPr>
        <w:numPr>
          <w:ilvl w:val="0"/>
          <w:numId w:val="14"/>
        </w:numPr>
        <w:pBdr>
          <w:top w:val="nil"/>
          <w:left w:val="nil"/>
          <w:bottom w:val="nil"/>
          <w:right w:val="nil"/>
          <w:between w:val="nil"/>
        </w:pBdr>
        <w:spacing w:after="60"/>
        <w:rPr>
          <w:color w:val="000000"/>
        </w:rPr>
      </w:pPr>
      <w:r>
        <w:rPr>
          <w:color w:val="000000"/>
        </w:rPr>
        <w:t>Mock-ups may remain as part of the work</w:t>
      </w:r>
    </w:p>
    <w:p w14:paraId="00000045" w14:textId="77777777" w:rsidR="009176E9" w:rsidRDefault="00B47E87">
      <w:pPr>
        <w:pStyle w:val="Heading2"/>
        <w:spacing w:after="80"/>
      </w:pPr>
      <w:r>
        <w:rPr>
          <w:sz w:val="24"/>
          <w:szCs w:val="24"/>
        </w:rPr>
        <w:t>1.7 DELIVERY, STORAGE, AND HANDLING</w:t>
      </w:r>
    </w:p>
    <w:p w14:paraId="00000046" w14:textId="77777777" w:rsidR="009176E9" w:rsidRDefault="00B47E87">
      <w:pPr>
        <w:numPr>
          <w:ilvl w:val="0"/>
          <w:numId w:val="13"/>
        </w:numPr>
        <w:pBdr>
          <w:top w:val="nil"/>
          <w:left w:val="nil"/>
          <w:bottom w:val="nil"/>
          <w:right w:val="nil"/>
          <w:between w:val="nil"/>
        </w:pBdr>
        <w:spacing w:after="0"/>
      </w:pPr>
      <w:r>
        <w:rPr>
          <w:color w:val="000000"/>
        </w:rPr>
        <w:t>See Section 017800</w:t>
      </w:r>
      <w:r>
        <w:t xml:space="preserve">: </w:t>
      </w:r>
      <w:r>
        <w:rPr>
          <w:color w:val="000000"/>
        </w:rPr>
        <w:t>Construction Waste Management and Disposal for packaging waste</w:t>
      </w:r>
      <w:r>
        <w:t xml:space="preserve"> </w:t>
      </w:r>
      <w:r>
        <w:rPr>
          <w:color w:val="000000"/>
        </w:rPr>
        <w:t>requirements</w:t>
      </w:r>
    </w:p>
    <w:p w14:paraId="00000047" w14:textId="77777777" w:rsidR="009176E9" w:rsidRDefault="00B47E87">
      <w:pPr>
        <w:numPr>
          <w:ilvl w:val="0"/>
          <w:numId w:val="13"/>
        </w:numPr>
        <w:pBdr>
          <w:top w:val="nil"/>
          <w:left w:val="nil"/>
          <w:bottom w:val="nil"/>
          <w:right w:val="nil"/>
          <w:between w:val="nil"/>
        </w:pBdr>
        <w:spacing w:after="0"/>
        <w:rPr>
          <w:color w:val="000000"/>
        </w:rPr>
      </w:pPr>
      <w:r>
        <w:rPr>
          <w:color w:val="000000"/>
        </w:rPr>
        <w:t>Deliver and store materials in manufacturer's unopened packaging with labels intact</w:t>
      </w:r>
    </w:p>
    <w:p w14:paraId="00000048" w14:textId="77777777" w:rsidR="009176E9" w:rsidRDefault="00B47E87">
      <w:pPr>
        <w:numPr>
          <w:ilvl w:val="0"/>
          <w:numId w:val="13"/>
        </w:numPr>
        <w:pBdr>
          <w:top w:val="nil"/>
          <w:left w:val="nil"/>
          <w:bottom w:val="nil"/>
          <w:right w:val="nil"/>
          <w:between w:val="nil"/>
        </w:pBdr>
        <w:spacing w:after="0"/>
        <w:rPr>
          <w:color w:val="000000"/>
        </w:rPr>
      </w:pPr>
      <w:r>
        <w:rPr>
          <w:color w:val="000000"/>
        </w:rPr>
        <w:t>Manufacturer's panels must be stored flat and kept dry before installation</w:t>
      </w:r>
    </w:p>
    <w:p w14:paraId="00000049" w14:textId="77777777" w:rsidR="009176E9" w:rsidRDefault="00B47E87">
      <w:pPr>
        <w:numPr>
          <w:ilvl w:val="1"/>
          <w:numId w:val="13"/>
        </w:numPr>
        <w:pBdr>
          <w:top w:val="nil"/>
          <w:left w:val="nil"/>
          <w:bottom w:val="nil"/>
          <w:right w:val="nil"/>
          <w:between w:val="nil"/>
        </w:pBdr>
        <w:spacing w:after="0"/>
        <w:rPr>
          <w:color w:val="000000"/>
        </w:rPr>
      </w:pPr>
      <w:r>
        <w:rPr>
          <w:color w:val="000000"/>
        </w:rPr>
        <w:t>Conduct conference to verify and discuss substrate conditions, manufacturer's installation instructions, warranty, and project requirements</w:t>
      </w:r>
    </w:p>
    <w:p w14:paraId="0000004A" w14:textId="77777777" w:rsidR="009176E9" w:rsidRDefault="00B47E87">
      <w:pPr>
        <w:numPr>
          <w:ilvl w:val="1"/>
          <w:numId w:val="13"/>
        </w:numPr>
        <w:pBdr>
          <w:top w:val="nil"/>
          <w:left w:val="nil"/>
          <w:bottom w:val="nil"/>
          <w:right w:val="nil"/>
          <w:between w:val="nil"/>
        </w:pBdr>
        <w:spacing w:after="0"/>
        <w:rPr>
          <w:color w:val="000000"/>
        </w:rPr>
      </w:pPr>
      <w:r>
        <w:rPr>
          <w:color w:val="000000"/>
        </w:rPr>
        <w:t>Do not expose manufacturer's panels to water or vapor prior to installation; allow panels to dry completely before installation. Failure to do so may result in panel shrinkage at shiplap joints and will void warranty</w:t>
      </w:r>
    </w:p>
    <w:p w14:paraId="0000004B" w14:textId="77777777" w:rsidR="009176E9" w:rsidRDefault="00B47E87">
      <w:pPr>
        <w:numPr>
          <w:ilvl w:val="1"/>
          <w:numId w:val="13"/>
        </w:numPr>
        <w:pBdr>
          <w:top w:val="nil"/>
          <w:left w:val="nil"/>
          <w:bottom w:val="nil"/>
          <w:right w:val="nil"/>
          <w:between w:val="nil"/>
        </w:pBdr>
        <w:spacing w:after="0"/>
        <w:rPr>
          <w:color w:val="000000"/>
        </w:rPr>
      </w:pPr>
      <w:r>
        <w:rPr>
          <w:color w:val="000000"/>
        </w:rPr>
        <w:t>Manufacturer's panels must be carried on edge. Do not carry or lift manufacturer's panels flat. Improper handling may cause cracking or panel damage</w:t>
      </w:r>
    </w:p>
    <w:p w14:paraId="0000004C" w14:textId="77777777" w:rsidR="009176E9" w:rsidRDefault="00B47E87">
      <w:pPr>
        <w:numPr>
          <w:ilvl w:val="1"/>
          <w:numId w:val="13"/>
        </w:numPr>
        <w:pBdr>
          <w:top w:val="nil"/>
          <w:left w:val="nil"/>
          <w:bottom w:val="nil"/>
          <w:right w:val="nil"/>
          <w:between w:val="nil"/>
        </w:pBdr>
        <w:spacing w:after="40"/>
        <w:rPr>
          <w:color w:val="000000"/>
        </w:rPr>
      </w:pPr>
      <w:r>
        <w:rPr>
          <w:color w:val="000000"/>
        </w:rPr>
        <w:t>Contact between manufacturer's panels and ground should be avoided at all times. It is necessary to keep manufacturer's panels clean during the installation process</w:t>
      </w:r>
    </w:p>
    <w:p w14:paraId="0000004D" w14:textId="77777777" w:rsidR="009176E9" w:rsidRDefault="00B47E87">
      <w:pPr>
        <w:pStyle w:val="Heading2"/>
        <w:spacing w:after="80"/>
      </w:pPr>
      <w:r>
        <w:rPr>
          <w:sz w:val="24"/>
          <w:szCs w:val="24"/>
        </w:rPr>
        <w:t>1.8 FIELD CONDITIONS</w:t>
      </w:r>
    </w:p>
    <w:p w14:paraId="0000004E" w14:textId="77777777" w:rsidR="009176E9" w:rsidRDefault="00B47E87">
      <w:pPr>
        <w:pBdr>
          <w:top w:val="nil"/>
          <w:left w:val="nil"/>
          <w:bottom w:val="nil"/>
          <w:right w:val="nil"/>
          <w:between w:val="nil"/>
        </w:pBdr>
        <w:spacing w:after="60"/>
        <w:rPr>
          <w:color w:val="000000"/>
        </w:rPr>
      </w:pPr>
      <w:r>
        <w:rPr>
          <w:color w:val="000000"/>
        </w:rPr>
        <w:t>Do not install manufacturer's panels when air temperature or relative humidity are outside the manufacturer's specified limits</w:t>
      </w:r>
    </w:p>
    <w:p w14:paraId="0000004F" w14:textId="77777777" w:rsidR="009176E9" w:rsidRDefault="00B47E87">
      <w:pPr>
        <w:pStyle w:val="Heading2"/>
        <w:spacing w:after="80"/>
      </w:pPr>
      <w:r>
        <w:rPr>
          <w:sz w:val="24"/>
          <w:szCs w:val="24"/>
        </w:rPr>
        <w:lastRenderedPageBreak/>
        <w:t>1.9 WARRANTY</w:t>
      </w:r>
    </w:p>
    <w:p w14:paraId="00000050" w14:textId="77777777" w:rsidR="009176E9" w:rsidRDefault="00B47E87">
      <w:pPr>
        <w:numPr>
          <w:ilvl w:val="0"/>
          <w:numId w:val="3"/>
        </w:numPr>
        <w:pBdr>
          <w:top w:val="nil"/>
          <w:left w:val="nil"/>
          <w:bottom w:val="nil"/>
          <w:right w:val="nil"/>
          <w:between w:val="nil"/>
        </w:pBdr>
        <w:spacing w:after="0"/>
      </w:pPr>
      <w:r>
        <w:rPr>
          <w:color w:val="000000"/>
        </w:rPr>
        <w:t>See Section 017800</w:t>
      </w:r>
      <w:r>
        <w:t xml:space="preserve">: </w:t>
      </w:r>
      <w:r>
        <w:rPr>
          <w:color w:val="000000"/>
        </w:rPr>
        <w:t>Closeout Submittals for additional warranty requirements</w:t>
      </w:r>
    </w:p>
    <w:p w14:paraId="00000051" w14:textId="77777777" w:rsidR="009176E9" w:rsidRDefault="00B47E87">
      <w:pPr>
        <w:numPr>
          <w:ilvl w:val="0"/>
          <w:numId w:val="3"/>
        </w:numPr>
        <w:pBdr>
          <w:top w:val="nil"/>
          <w:left w:val="nil"/>
          <w:bottom w:val="nil"/>
          <w:right w:val="nil"/>
          <w:between w:val="nil"/>
        </w:pBdr>
        <w:spacing w:after="0"/>
        <w:rPr>
          <w:color w:val="000000"/>
        </w:rPr>
      </w:pPr>
      <w:r>
        <w:rPr>
          <w:color w:val="000000"/>
        </w:rPr>
        <w:t>Warranty provides for the original purchaser. See warranty for detailed information on terms, conditions, and limitations</w:t>
      </w:r>
    </w:p>
    <w:p w14:paraId="00000052" w14:textId="77777777" w:rsidR="009176E9" w:rsidRDefault="00B47E87">
      <w:pPr>
        <w:numPr>
          <w:ilvl w:val="0"/>
          <w:numId w:val="3"/>
        </w:numPr>
        <w:pBdr>
          <w:top w:val="nil"/>
          <w:left w:val="nil"/>
          <w:bottom w:val="nil"/>
          <w:right w:val="nil"/>
          <w:between w:val="nil"/>
        </w:pBdr>
        <w:spacing w:after="0"/>
      </w:pPr>
      <w:r>
        <w:rPr>
          <w:color w:val="000000"/>
        </w:rPr>
        <w:t>Manufacturer Warranty</w:t>
      </w:r>
      <w:r>
        <w:t xml:space="preserve">: </w:t>
      </w:r>
      <w:r>
        <w:rPr>
          <w:color w:val="000000"/>
        </w:rPr>
        <w:t>Provide a manufacturer's 15-year warranty for manufacturer's panels against defects in the fiber cement panels</w:t>
      </w:r>
    </w:p>
    <w:p w14:paraId="00000053" w14:textId="77777777" w:rsidR="009176E9" w:rsidRDefault="00B47E87">
      <w:pPr>
        <w:numPr>
          <w:ilvl w:val="0"/>
          <w:numId w:val="3"/>
        </w:numPr>
        <w:pBdr>
          <w:top w:val="nil"/>
          <w:left w:val="nil"/>
          <w:bottom w:val="nil"/>
          <w:right w:val="nil"/>
          <w:between w:val="nil"/>
        </w:pBdr>
        <w:spacing w:after="60"/>
      </w:pPr>
      <w:r>
        <w:rPr>
          <w:color w:val="000000"/>
        </w:rPr>
        <w:t>Finish Warranty</w:t>
      </w:r>
      <w:r>
        <w:t xml:space="preserve">: </w:t>
      </w:r>
      <w:r>
        <w:rPr>
          <w:color w:val="000000"/>
        </w:rPr>
        <w:t>Provide a 15-year manufacturer's warranty against manufactured defects in the manufacturer's panel finish</w:t>
      </w:r>
    </w:p>
    <w:p w14:paraId="00000054" w14:textId="77777777" w:rsidR="009176E9" w:rsidRDefault="00B47E87">
      <w:pPr>
        <w:pStyle w:val="Heading1"/>
        <w:spacing w:before="240" w:after="120"/>
      </w:pPr>
      <w:r>
        <w:t>PART II: PRODUCTS</w:t>
      </w:r>
    </w:p>
    <w:p w14:paraId="00000055" w14:textId="77777777" w:rsidR="009176E9" w:rsidRDefault="00B47E87">
      <w:pPr>
        <w:pStyle w:val="Heading2"/>
        <w:spacing w:after="80"/>
      </w:pPr>
      <w:r>
        <w:rPr>
          <w:sz w:val="24"/>
          <w:szCs w:val="24"/>
        </w:rPr>
        <w:t>2.1 MANUFACTURERS</w:t>
      </w:r>
    </w:p>
    <w:p w14:paraId="00000056" w14:textId="77777777" w:rsidR="009176E9" w:rsidRDefault="00B47E87">
      <w:pPr>
        <w:numPr>
          <w:ilvl w:val="0"/>
          <w:numId w:val="12"/>
        </w:numPr>
        <w:pBdr>
          <w:top w:val="nil"/>
          <w:left w:val="nil"/>
          <w:bottom w:val="nil"/>
          <w:right w:val="nil"/>
          <w:between w:val="nil"/>
        </w:pBdr>
        <w:spacing w:after="0"/>
      </w:pPr>
      <w:r>
        <w:rPr>
          <w:color w:val="000000"/>
        </w:rPr>
        <w:t>Nichiha USA, Inc.</w:t>
      </w:r>
      <w:r>
        <w:t xml:space="preserve">: </w:t>
      </w:r>
      <w:r>
        <w:rPr>
          <w:color w:val="000000"/>
        </w:rPr>
        <w:t>www.nichiha.com</w:t>
      </w:r>
      <w:r>
        <w:t xml:space="preserve">: </w:t>
      </w:r>
      <w:r>
        <w:rPr>
          <w:color w:val="000000"/>
        </w:rPr>
        <w:t>Substitutions Not Permitted</w:t>
      </w:r>
    </w:p>
    <w:p w14:paraId="00000057" w14:textId="77777777" w:rsidR="009176E9" w:rsidRDefault="00B47E87">
      <w:pPr>
        <w:numPr>
          <w:ilvl w:val="0"/>
          <w:numId w:val="12"/>
        </w:numPr>
        <w:spacing w:after="0"/>
        <w:rPr>
          <w:b/>
          <w:bCs/>
        </w:rPr>
      </w:pPr>
      <w:r>
        <w:rPr>
          <w:b/>
          <w:bCs/>
        </w:rPr>
        <w:t>Nichiha USA Contact Information:</w:t>
      </w:r>
    </w:p>
    <w:p w14:paraId="00000058" w14:textId="77777777" w:rsidR="009176E9" w:rsidRDefault="00B47E87">
      <w:pPr>
        <w:numPr>
          <w:ilvl w:val="1"/>
          <w:numId w:val="12"/>
        </w:numPr>
        <w:pBdr>
          <w:top w:val="nil"/>
          <w:left w:val="nil"/>
          <w:bottom w:val="nil"/>
          <w:right w:val="nil"/>
          <w:between w:val="nil"/>
        </w:pBdr>
        <w:spacing w:after="0"/>
        <w:rPr>
          <w:color w:val="000000"/>
        </w:rPr>
      </w:pPr>
      <w:r>
        <w:rPr>
          <w:color w:val="000000"/>
        </w:rPr>
        <w:t>National Specification Manager: Mark Scharff</w:t>
      </w:r>
      <w:r>
        <w:t xml:space="preserve"> </w:t>
      </w:r>
      <w:r>
        <w:rPr>
          <w:color w:val="000000"/>
        </w:rPr>
        <w:t xml:space="preserve">Email: </w:t>
      </w:r>
      <w:hyperlink r:id="rId6">
        <w:r>
          <w:rPr>
            <w:color w:val="1155CC"/>
            <w:u w:val="single"/>
          </w:rPr>
          <w:t>mscharff@nichiha.com</w:t>
        </w:r>
      </w:hyperlink>
      <w:r>
        <w:t xml:space="preserve"> </w:t>
      </w:r>
      <w:r>
        <w:rPr>
          <w:color w:val="000000"/>
        </w:rPr>
        <w:t>Phone: (312) 221-5513</w:t>
      </w:r>
    </w:p>
    <w:p w14:paraId="00000059" w14:textId="1E2DB15B" w:rsidR="009176E9" w:rsidRDefault="00B47E87">
      <w:pPr>
        <w:numPr>
          <w:ilvl w:val="1"/>
          <w:numId w:val="12"/>
        </w:numPr>
        <w:pBdr>
          <w:top w:val="nil"/>
          <w:left w:val="nil"/>
          <w:bottom w:val="nil"/>
          <w:right w:val="nil"/>
          <w:between w:val="nil"/>
        </w:pBdr>
        <w:spacing w:after="0"/>
        <w:rPr>
          <w:color w:val="000000"/>
        </w:rPr>
      </w:pPr>
      <w:r>
        <w:rPr>
          <w:color w:val="000000"/>
        </w:rPr>
        <w:t xml:space="preserve">Technical Support: </w:t>
      </w:r>
      <w:hyperlink r:id="rId7" w:history="1">
        <w:r w:rsidRPr="00FE299A">
          <w:rPr>
            <w:rStyle w:val="Hyperlink"/>
          </w:rPr>
          <w:t>technicalservices@nichiha.com</w:t>
        </w:r>
      </w:hyperlink>
      <w:r>
        <w:rPr>
          <w:color w:val="000000"/>
        </w:rPr>
        <w:t>, (866) 424-4421</w:t>
      </w:r>
    </w:p>
    <w:p w14:paraId="0000005A" w14:textId="4EE9C1DF" w:rsidR="009176E9" w:rsidRDefault="00B47E87">
      <w:pPr>
        <w:numPr>
          <w:ilvl w:val="1"/>
          <w:numId w:val="12"/>
        </w:numPr>
        <w:pBdr>
          <w:top w:val="nil"/>
          <w:left w:val="nil"/>
          <w:bottom w:val="nil"/>
          <w:right w:val="nil"/>
          <w:between w:val="nil"/>
        </w:pBdr>
        <w:spacing w:after="0"/>
        <w:rPr>
          <w:color w:val="000000"/>
        </w:rPr>
      </w:pPr>
      <w:r>
        <w:rPr>
          <w:color w:val="000000"/>
        </w:rPr>
        <w:t xml:space="preserve">Sales/Price Quote Request: </w:t>
      </w:r>
      <w:hyperlink r:id="rId8" w:history="1">
        <w:r w:rsidRPr="00FE299A">
          <w:rPr>
            <w:rStyle w:val="Hyperlink"/>
          </w:rPr>
          <w:t>insidesales@nichiha.com</w:t>
        </w:r>
      </w:hyperlink>
      <w:r>
        <w:rPr>
          <w:color w:val="000000"/>
        </w:rPr>
        <w:t>, (866) 424-4421</w:t>
      </w:r>
    </w:p>
    <w:p w14:paraId="0000005B" w14:textId="77777777" w:rsidR="009176E9" w:rsidRDefault="00B47E87">
      <w:pPr>
        <w:numPr>
          <w:ilvl w:val="1"/>
          <w:numId w:val="12"/>
        </w:numPr>
        <w:pBdr>
          <w:top w:val="nil"/>
          <w:left w:val="nil"/>
          <w:bottom w:val="nil"/>
          <w:right w:val="nil"/>
          <w:between w:val="nil"/>
        </w:pBdr>
        <w:spacing w:after="0"/>
      </w:pPr>
      <w:r>
        <w:t>Address: Nichiha USA, 6465 E. Johns Crossing, Suite #250, Johns Creek, GA 30097</w:t>
      </w:r>
    </w:p>
    <w:p w14:paraId="0000005C" w14:textId="77777777" w:rsidR="009176E9" w:rsidRDefault="00B47E87">
      <w:pPr>
        <w:numPr>
          <w:ilvl w:val="0"/>
          <w:numId w:val="12"/>
        </w:numPr>
        <w:spacing w:after="0"/>
      </w:pPr>
      <w:r>
        <w:rPr>
          <w:b/>
          <w:bCs/>
        </w:rPr>
        <w:t xml:space="preserve">International Contact: </w:t>
      </w:r>
      <w:r>
        <w:t xml:space="preserve">Nichiha Japan, 18-19 </w:t>
      </w:r>
      <w:proofErr w:type="spellStart"/>
      <w:r>
        <w:t>Nishiki</w:t>
      </w:r>
      <w:proofErr w:type="spellEnd"/>
      <w:r>
        <w:t xml:space="preserve"> 2-Chome, Naka-Ku, Nagoya, Aichi 460-8610, Japan</w:t>
      </w:r>
    </w:p>
    <w:p w14:paraId="0000005D" w14:textId="77777777" w:rsidR="009176E9" w:rsidRDefault="00B47E87">
      <w:pPr>
        <w:numPr>
          <w:ilvl w:val="0"/>
          <w:numId w:val="12"/>
        </w:numPr>
        <w:spacing w:after="0"/>
        <w:rPr>
          <w:b/>
          <w:bCs/>
        </w:rPr>
      </w:pPr>
      <w:r>
        <w:rPr>
          <w:b/>
          <w:bCs/>
        </w:rPr>
        <w:t>Specification Resources:</w:t>
      </w:r>
    </w:p>
    <w:p w14:paraId="0000005E" w14:textId="77777777" w:rsidR="009176E9" w:rsidRDefault="00B47E87">
      <w:pPr>
        <w:numPr>
          <w:ilvl w:val="1"/>
          <w:numId w:val="12"/>
        </w:numPr>
        <w:pBdr>
          <w:top w:val="nil"/>
          <w:left w:val="nil"/>
          <w:bottom w:val="nil"/>
          <w:right w:val="nil"/>
          <w:between w:val="nil"/>
        </w:pBdr>
        <w:spacing w:after="0"/>
      </w:pPr>
      <w:r>
        <w:rPr>
          <w:color w:val="000000"/>
        </w:rPr>
        <w:t>Nichiha USA Website, Architect Resources Center</w:t>
      </w:r>
      <w:r>
        <w:t xml:space="preserve">: </w:t>
      </w:r>
      <w:hyperlink r:id="rId9">
        <w:r>
          <w:rPr>
            <w:color w:val="1155CC"/>
            <w:u w:val="single"/>
          </w:rPr>
          <w:t>www.nichiha.com/resource-center</w:t>
        </w:r>
      </w:hyperlink>
    </w:p>
    <w:p w14:paraId="0000005F" w14:textId="77777777" w:rsidR="009176E9" w:rsidRDefault="00B47E87">
      <w:pPr>
        <w:numPr>
          <w:ilvl w:val="1"/>
          <w:numId w:val="12"/>
        </w:numPr>
        <w:pBdr>
          <w:top w:val="nil"/>
          <w:left w:val="nil"/>
          <w:bottom w:val="nil"/>
          <w:right w:val="nil"/>
          <w:between w:val="nil"/>
        </w:pBdr>
        <w:spacing w:after="0"/>
      </w:pPr>
      <w:r>
        <w:rPr>
          <w:color w:val="000000"/>
        </w:rPr>
        <w:t>CADdetails.com</w:t>
      </w:r>
      <w:r>
        <w:t xml:space="preserve">: </w:t>
      </w:r>
      <w:hyperlink r:id="rId10">
        <w:r>
          <w:rPr>
            <w:color w:val="1155CC"/>
            <w:u w:val="single"/>
          </w:rPr>
          <w:t>www.caddetails.com</w:t>
        </w:r>
      </w:hyperlink>
    </w:p>
    <w:p w14:paraId="00000060" w14:textId="77777777" w:rsidR="009176E9" w:rsidRDefault="00B47E87">
      <w:pPr>
        <w:numPr>
          <w:ilvl w:val="1"/>
          <w:numId w:val="12"/>
        </w:numPr>
        <w:pBdr>
          <w:top w:val="nil"/>
          <w:left w:val="nil"/>
          <w:bottom w:val="nil"/>
          <w:right w:val="nil"/>
          <w:between w:val="nil"/>
        </w:pBdr>
        <w:spacing w:after="0"/>
      </w:pPr>
      <w:r>
        <w:rPr>
          <w:color w:val="000000"/>
        </w:rPr>
        <w:t xml:space="preserve">RIB </w:t>
      </w:r>
      <w:proofErr w:type="spellStart"/>
      <w:r>
        <w:rPr>
          <w:color w:val="000000"/>
        </w:rPr>
        <w:t>SpecLink</w:t>
      </w:r>
      <w:proofErr w:type="spellEnd"/>
      <w:r>
        <w:t xml:space="preserve">: </w:t>
      </w:r>
      <w:hyperlink r:id="rId11">
        <w:r>
          <w:rPr>
            <w:color w:val="1155CC"/>
            <w:u w:val="single"/>
          </w:rPr>
          <w:t>www.ribspecklink.com</w:t>
        </w:r>
      </w:hyperlink>
    </w:p>
    <w:p w14:paraId="00000061" w14:textId="35B01278" w:rsidR="009176E9" w:rsidRDefault="00B47E87">
      <w:pPr>
        <w:numPr>
          <w:ilvl w:val="1"/>
          <w:numId w:val="12"/>
        </w:numPr>
        <w:pBdr>
          <w:top w:val="nil"/>
          <w:left w:val="nil"/>
          <w:bottom w:val="nil"/>
          <w:right w:val="nil"/>
          <w:between w:val="nil"/>
        </w:pBdr>
        <w:spacing w:after="40"/>
      </w:pPr>
      <w:proofErr w:type="spellStart"/>
      <w:r>
        <w:rPr>
          <w:color w:val="000000"/>
        </w:rPr>
        <w:t>BIMsmith</w:t>
      </w:r>
      <w:proofErr w:type="spellEnd"/>
      <w:r>
        <w:t xml:space="preserve">: </w:t>
      </w:r>
      <w:hyperlink r:id="rId12" w:history="1">
        <w:r w:rsidRPr="00FE299A">
          <w:rPr>
            <w:rStyle w:val="Hyperlink"/>
          </w:rPr>
          <w:t>www.bimsmith.com</w:t>
        </w:r>
      </w:hyperlink>
    </w:p>
    <w:p w14:paraId="00000062" w14:textId="77777777" w:rsidR="009176E9" w:rsidRDefault="00B47E87">
      <w:pPr>
        <w:pStyle w:val="Heading2"/>
        <w:spacing w:after="80"/>
      </w:pPr>
      <w:r>
        <w:rPr>
          <w:sz w:val="24"/>
          <w:szCs w:val="24"/>
        </w:rPr>
        <w:t>2.2 PRODUCT SELECTION</w:t>
      </w:r>
    </w:p>
    <w:p w14:paraId="00000063" w14:textId="77777777" w:rsidR="009176E9" w:rsidRDefault="00B47E87">
      <w:pPr>
        <w:numPr>
          <w:ilvl w:val="0"/>
          <w:numId w:val="9"/>
        </w:numPr>
        <w:pBdr>
          <w:top w:val="nil"/>
          <w:left w:val="nil"/>
          <w:bottom w:val="nil"/>
          <w:right w:val="nil"/>
          <w:between w:val="nil"/>
        </w:pBdr>
        <w:spacing w:after="0"/>
      </w:pPr>
      <w:r>
        <w:rPr>
          <w:color w:val="000000"/>
        </w:rPr>
        <w:t>Nichiha Architectural Wall Panels (AWP)</w:t>
      </w:r>
      <w:r>
        <w:t xml:space="preserve">: </w:t>
      </w:r>
      <w:r>
        <w:rPr>
          <w:color w:val="000000"/>
        </w:rPr>
        <w:t>Substitutions Not Permitted</w:t>
      </w:r>
    </w:p>
    <w:p w14:paraId="00000064" w14:textId="0F2C6991" w:rsidR="009176E9" w:rsidRDefault="00B47E87">
      <w:pPr>
        <w:numPr>
          <w:ilvl w:val="0"/>
          <w:numId w:val="9"/>
        </w:numPr>
        <w:pBdr>
          <w:top w:val="nil"/>
          <w:left w:val="nil"/>
          <w:bottom w:val="nil"/>
          <w:right w:val="nil"/>
          <w:between w:val="nil"/>
        </w:pBdr>
        <w:spacing w:after="60"/>
        <w:rPr>
          <w:color w:val="000000"/>
        </w:rPr>
      </w:pPr>
      <w:r>
        <w:rPr>
          <w:color w:val="000000"/>
        </w:rPr>
        <w:t>Nichiha Architectural Wall Panels have an engineered rainscreen incorporated into each panel with cavity dimensions of 3/8" (10 mm), which achieves building standards</w:t>
      </w:r>
      <w:r w:rsidR="00BB1F2F">
        <w:rPr>
          <w:color w:val="000000"/>
        </w:rPr>
        <w:t xml:space="preserve">, </w:t>
      </w:r>
      <w:hyperlink r:id="rId13" w:history="1">
        <w:r w:rsidR="00BB1F2F" w:rsidRPr="000144AA">
          <w:rPr>
            <w:rStyle w:val="Hyperlink"/>
            <w:b/>
            <w:bCs/>
          </w:rPr>
          <w:t>AWP Series Product Website</w:t>
        </w:r>
      </w:hyperlink>
      <w:r w:rsidR="00BB1F2F" w:rsidRPr="00BB1F2F">
        <w:rPr>
          <w:rStyle w:val="Hyperlink"/>
          <w:u w:val="none"/>
        </w:rPr>
        <w:t xml:space="preserve">  </w:t>
      </w:r>
      <w:r w:rsidR="00BB1F2F" w:rsidRPr="00BB1F2F">
        <w:rPr>
          <w:rStyle w:val="Hyperlink"/>
        </w:rPr>
        <w:t>PDF Brochure</w:t>
      </w:r>
    </w:p>
    <w:p w14:paraId="00000065" w14:textId="77777777" w:rsidR="009176E9" w:rsidRDefault="00B47E87">
      <w:pPr>
        <w:pStyle w:val="Heading2"/>
        <w:spacing w:after="80"/>
      </w:pPr>
      <w:r>
        <w:rPr>
          <w:sz w:val="24"/>
          <w:szCs w:val="24"/>
        </w:rPr>
        <w:t>2.3 AVAILABLE AWP SERIES</w:t>
      </w:r>
    </w:p>
    <w:p w14:paraId="00000066" w14:textId="77777777" w:rsidR="009176E9" w:rsidRDefault="00B47E87">
      <w:pPr>
        <w:numPr>
          <w:ilvl w:val="0"/>
          <w:numId w:val="4"/>
        </w:numPr>
        <w:spacing w:after="0"/>
        <w:rPr>
          <w:b/>
          <w:bCs/>
        </w:rPr>
      </w:pPr>
      <w:r>
        <w:rPr>
          <w:b/>
          <w:bCs/>
        </w:rPr>
        <w:t>Designer Series: Illumination</w:t>
      </w:r>
    </w:p>
    <w:p w14:paraId="00000067" w14:textId="66E6DAF5" w:rsidR="009176E9" w:rsidRDefault="00B47E87">
      <w:pPr>
        <w:numPr>
          <w:ilvl w:val="1"/>
          <w:numId w:val="4"/>
        </w:numPr>
        <w:pBdr>
          <w:top w:val="nil"/>
          <w:left w:val="nil"/>
          <w:bottom w:val="nil"/>
          <w:right w:val="nil"/>
          <w:between w:val="nil"/>
        </w:pBdr>
        <w:spacing w:after="0"/>
        <w:rPr>
          <w:color w:val="000000"/>
        </w:rPr>
      </w:pPr>
      <w:r>
        <w:rPr>
          <w:color w:val="000000"/>
        </w:rPr>
        <w:t xml:space="preserve">Size Dimensions: 2 different orientations, horizontal </w:t>
      </w:r>
      <w:r w:rsidR="008446AC">
        <w:rPr>
          <w:color w:val="000000"/>
        </w:rPr>
        <w:t>or</w:t>
      </w:r>
      <w:r>
        <w:rPr>
          <w:color w:val="000000"/>
        </w:rPr>
        <w:t xml:space="preserve"> vertical</w:t>
      </w:r>
    </w:p>
    <w:p w14:paraId="00000068" w14:textId="77777777" w:rsidR="009176E9" w:rsidRDefault="00B47E87">
      <w:pPr>
        <w:numPr>
          <w:ilvl w:val="2"/>
          <w:numId w:val="4"/>
        </w:numPr>
        <w:pBdr>
          <w:top w:val="nil"/>
          <w:left w:val="nil"/>
          <w:bottom w:val="nil"/>
          <w:right w:val="nil"/>
          <w:between w:val="nil"/>
        </w:pBdr>
        <w:spacing w:after="0"/>
        <w:rPr>
          <w:color w:val="000000"/>
        </w:rPr>
      </w:pPr>
      <w:r>
        <w:rPr>
          <w:color w:val="000000"/>
        </w:rPr>
        <w:t>AWP 1818 (Horizontal): 17-7/8" H × 71-9/16" L</w:t>
      </w:r>
    </w:p>
    <w:p w14:paraId="00000069" w14:textId="7AB2988B" w:rsidR="009176E9" w:rsidRDefault="00B47E87">
      <w:pPr>
        <w:numPr>
          <w:ilvl w:val="2"/>
          <w:numId w:val="4"/>
        </w:numPr>
        <w:pBdr>
          <w:top w:val="nil"/>
          <w:left w:val="nil"/>
          <w:bottom w:val="nil"/>
          <w:right w:val="nil"/>
          <w:between w:val="nil"/>
        </w:pBdr>
        <w:spacing w:after="0"/>
        <w:rPr>
          <w:color w:val="000000"/>
        </w:rPr>
      </w:pPr>
      <w:r>
        <w:rPr>
          <w:color w:val="000000"/>
        </w:rPr>
        <w:t>AWP 3030 (</w:t>
      </w:r>
      <w:r w:rsidR="008446AC">
        <w:rPr>
          <w:color w:val="000000"/>
        </w:rPr>
        <w:t xml:space="preserve"> Horizontal or </w:t>
      </w:r>
      <w:r>
        <w:rPr>
          <w:color w:val="000000"/>
        </w:rPr>
        <w:t>Vertical): 17-7/8" H × 119-5/16" L</w:t>
      </w:r>
    </w:p>
    <w:p w14:paraId="0000006A" w14:textId="77777777" w:rsidR="009176E9" w:rsidRDefault="00B47E87">
      <w:pPr>
        <w:numPr>
          <w:ilvl w:val="1"/>
          <w:numId w:val="4"/>
        </w:numPr>
        <w:pBdr>
          <w:top w:val="nil"/>
          <w:left w:val="nil"/>
          <w:bottom w:val="nil"/>
          <w:right w:val="nil"/>
          <w:between w:val="nil"/>
        </w:pBdr>
        <w:spacing w:after="0"/>
        <w:rPr>
          <w:color w:val="000000"/>
        </w:rPr>
      </w:pPr>
      <w:r>
        <w:rPr>
          <w:color w:val="000000"/>
        </w:rPr>
        <w:t>Colors: Warm White, Cotton, Fog, Nickel, Graphite, Bay Blue, Lava, Scarlet, Raven. Custom colors available</w:t>
      </w:r>
    </w:p>
    <w:p w14:paraId="0000006B" w14:textId="77777777" w:rsidR="009176E9" w:rsidRDefault="00B47E87">
      <w:pPr>
        <w:numPr>
          <w:ilvl w:val="1"/>
          <w:numId w:val="4"/>
        </w:numPr>
        <w:pBdr>
          <w:top w:val="nil"/>
          <w:left w:val="nil"/>
          <w:bottom w:val="nil"/>
          <w:right w:val="nil"/>
          <w:between w:val="nil"/>
        </w:pBdr>
        <w:spacing w:after="0"/>
        <w:rPr>
          <w:color w:val="000000"/>
        </w:rPr>
      </w:pPr>
      <w:r>
        <w:rPr>
          <w:color w:val="000000"/>
        </w:rPr>
        <w:t>Thickness: 5/8" (both horizontal and vertical)</w:t>
      </w:r>
    </w:p>
    <w:p w14:paraId="0000006C" w14:textId="77777777" w:rsidR="009176E9" w:rsidRDefault="00B47E87">
      <w:pPr>
        <w:numPr>
          <w:ilvl w:val="1"/>
          <w:numId w:val="4"/>
        </w:numPr>
        <w:pBdr>
          <w:top w:val="nil"/>
          <w:left w:val="nil"/>
          <w:bottom w:val="nil"/>
          <w:right w:val="nil"/>
          <w:between w:val="nil"/>
        </w:pBdr>
        <w:spacing w:after="0"/>
        <w:rPr>
          <w:color w:val="000000"/>
        </w:rPr>
      </w:pPr>
      <w:r>
        <w:rPr>
          <w:color w:val="000000"/>
        </w:rPr>
        <w:lastRenderedPageBreak/>
        <w:t>Weight:</w:t>
      </w:r>
    </w:p>
    <w:p w14:paraId="0000006D" w14:textId="77777777" w:rsidR="009176E9" w:rsidRDefault="00B47E87">
      <w:pPr>
        <w:numPr>
          <w:ilvl w:val="2"/>
          <w:numId w:val="4"/>
        </w:numPr>
        <w:pBdr>
          <w:top w:val="nil"/>
          <w:left w:val="nil"/>
          <w:bottom w:val="nil"/>
          <w:right w:val="nil"/>
          <w:between w:val="nil"/>
        </w:pBdr>
        <w:spacing w:after="0"/>
        <w:rPr>
          <w:color w:val="000000"/>
        </w:rPr>
      </w:pPr>
      <w:r>
        <w:rPr>
          <w:color w:val="000000"/>
        </w:rPr>
        <w:t xml:space="preserve">AWP 1818 (Horizontal): 39.71 </w:t>
      </w:r>
      <w:proofErr w:type="spellStart"/>
      <w:r>
        <w:rPr>
          <w:color w:val="000000"/>
        </w:rPr>
        <w:t>lbs</w:t>
      </w:r>
      <w:proofErr w:type="spellEnd"/>
      <w:r>
        <w:rPr>
          <w:color w:val="000000"/>
        </w:rPr>
        <w:t>/panel</w:t>
      </w:r>
    </w:p>
    <w:p w14:paraId="0000006E" w14:textId="2F9B55F9" w:rsidR="009176E9" w:rsidRDefault="00B47E87">
      <w:pPr>
        <w:numPr>
          <w:ilvl w:val="2"/>
          <w:numId w:val="4"/>
        </w:numPr>
        <w:pBdr>
          <w:top w:val="nil"/>
          <w:left w:val="nil"/>
          <w:bottom w:val="nil"/>
          <w:right w:val="nil"/>
          <w:between w:val="nil"/>
        </w:pBdr>
        <w:spacing w:after="0"/>
        <w:rPr>
          <w:color w:val="000000"/>
        </w:rPr>
      </w:pPr>
      <w:r>
        <w:rPr>
          <w:color w:val="000000"/>
        </w:rPr>
        <w:t>AWP 3030 (</w:t>
      </w:r>
      <w:r w:rsidR="008446AC">
        <w:rPr>
          <w:color w:val="000000"/>
        </w:rPr>
        <w:t xml:space="preserve"> Horizontal or </w:t>
      </w:r>
      <w:r>
        <w:rPr>
          <w:color w:val="000000"/>
        </w:rPr>
        <w:t xml:space="preserve">Vertical): 66.18 </w:t>
      </w:r>
      <w:proofErr w:type="spellStart"/>
      <w:r>
        <w:rPr>
          <w:color w:val="000000"/>
        </w:rPr>
        <w:t>lbs</w:t>
      </w:r>
      <w:proofErr w:type="spellEnd"/>
      <w:r>
        <w:rPr>
          <w:color w:val="000000"/>
        </w:rPr>
        <w:t>/panel</w:t>
      </w:r>
    </w:p>
    <w:p w14:paraId="0000006F" w14:textId="77777777" w:rsidR="009176E9" w:rsidRDefault="00B47E87">
      <w:pPr>
        <w:numPr>
          <w:ilvl w:val="1"/>
          <w:numId w:val="4"/>
        </w:numPr>
        <w:pBdr>
          <w:top w:val="nil"/>
          <w:left w:val="nil"/>
          <w:bottom w:val="nil"/>
          <w:right w:val="nil"/>
          <w:between w:val="nil"/>
        </w:pBdr>
        <w:spacing w:after="0"/>
        <w:rPr>
          <w:color w:val="000000"/>
        </w:rPr>
      </w:pPr>
      <w:r>
        <w:rPr>
          <w:color w:val="000000"/>
        </w:rPr>
        <w:t>Coverage per panel:</w:t>
      </w:r>
    </w:p>
    <w:p w14:paraId="00000070" w14:textId="77777777" w:rsidR="009176E9" w:rsidRDefault="00B47E87">
      <w:pPr>
        <w:numPr>
          <w:ilvl w:val="2"/>
          <w:numId w:val="4"/>
        </w:numPr>
        <w:pBdr>
          <w:top w:val="nil"/>
          <w:left w:val="nil"/>
          <w:bottom w:val="nil"/>
          <w:right w:val="nil"/>
          <w:between w:val="nil"/>
        </w:pBdr>
        <w:spacing w:after="0"/>
        <w:rPr>
          <w:color w:val="000000"/>
        </w:rPr>
      </w:pPr>
      <w:r>
        <w:rPr>
          <w:color w:val="000000"/>
        </w:rPr>
        <w:t>AWP 1818 (Horizontal): 8.88 sq. ft./panel</w:t>
      </w:r>
    </w:p>
    <w:p w14:paraId="00000071" w14:textId="5FA067F1" w:rsidR="009176E9" w:rsidRDefault="00B47E87">
      <w:pPr>
        <w:numPr>
          <w:ilvl w:val="2"/>
          <w:numId w:val="4"/>
        </w:numPr>
        <w:pBdr>
          <w:top w:val="nil"/>
          <w:left w:val="nil"/>
          <w:bottom w:val="nil"/>
          <w:right w:val="nil"/>
          <w:between w:val="nil"/>
        </w:pBdr>
        <w:spacing w:after="0"/>
        <w:rPr>
          <w:color w:val="000000"/>
        </w:rPr>
      </w:pPr>
      <w:r>
        <w:rPr>
          <w:color w:val="000000"/>
        </w:rPr>
        <w:t>AWP 3030 (</w:t>
      </w:r>
      <w:r w:rsidR="008446AC">
        <w:rPr>
          <w:color w:val="000000"/>
        </w:rPr>
        <w:t xml:space="preserve">Horizontal or </w:t>
      </w:r>
      <w:r>
        <w:rPr>
          <w:color w:val="000000"/>
        </w:rPr>
        <w:t>Vertical): 14.81 sq. ft./panel</w:t>
      </w:r>
    </w:p>
    <w:p w14:paraId="00000072" w14:textId="77777777" w:rsidR="009176E9" w:rsidRDefault="00B47E87">
      <w:pPr>
        <w:numPr>
          <w:ilvl w:val="1"/>
          <w:numId w:val="4"/>
        </w:numPr>
        <w:pBdr>
          <w:top w:val="nil"/>
          <w:left w:val="nil"/>
          <w:bottom w:val="nil"/>
          <w:right w:val="nil"/>
          <w:between w:val="nil"/>
        </w:pBdr>
        <w:spacing w:after="0"/>
        <w:rPr>
          <w:color w:val="000000"/>
        </w:rPr>
      </w:pPr>
      <w:r>
        <w:rPr>
          <w:color w:val="000000"/>
        </w:rPr>
        <w:t>Application: Interior and exterior</w:t>
      </w:r>
    </w:p>
    <w:p w14:paraId="00000073" w14:textId="77777777" w:rsidR="009176E9" w:rsidRDefault="00B47E87">
      <w:pPr>
        <w:numPr>
          <w:ilvl w:val="0"/>
          <w:numId w:val="4"/>
        </w:numPr>
        <w:spacing w:after="0"/>
        <w:rPr>
          <w:b/>
          <w:bCs/>
        </w:rPr>
      </w:pPr>
      <w:r>
        <w:rPr>
          <w:b/>
          <w:bCs/>
        </w:rPr>
        <w:t xml:space="preserve">Designer Series: </w:t>
      </w:r>
      <w:proofErr w:type="spellStart"/>
      <w:r>
        <w:rPr>
          <w:b/>
          <w:bCs/>
        </w:rPr>
        <w:t>Miraia</w:t>
      </w:r>
      <w:proofErr w:type="spellEnd"/>
    </w:p>
    <w:p w14:paraId="00000074" w14:textId="77777777" w:rsidR="009176E9" w:rsidRDefault="00B47E87">
      <w:pPr>
        <w:numPr>
          <w:ilvl w:val="1"/>
          <w:numId w:val="4"/>
        </w:numPr>
        <w:pBdr>
          <w:top w:val="nil"/>
          <w:left w:val="nil"/>
          <w:bottom w:val="nil"/>
          <w:right w:val="nil"/>
          <w:between w:val="nil"/>
        </w:pBdr>
        <w:spacing w:after="0"/>
      </w:pPr>
      <w:r>
        <w:rPr>
          <w:color w:val="000000"/>
        </w:rPr>
        <w:t>Size Dimensions: AWP 1818 (Horizontal only)</w:t>
      </w:r>
      <w:r>
        <w:t xml:space="preserve">: </w:t>
      </w:r>
      <w:r>
        <w:rPr>
          <w:color w:val="000000"/>
        </w:rPr>
        <w:t>17-7/8" H × 71-9/16" L</w:t>
      </w:r>
    </w:p>
    <w:p w14:paraId="00000075" w14:textId="77777777" w:rsidR="009176E9" w:rsidRDefault="00B47E87">
      <w:pPr>
        <w:numPr>
          <w:ilvl w:val="1"/>
          <w:numId w:val="4"/>
        </w:numPr>
        <w:pBdr>
          <w:top w:val="nil"/>
          <w:left w:val="nil"/>
          <w:bottom w:val="nil"/>
          <w:right w:val="nil"/>
          <w:between w:val="nil"/>
        </w:pBdr>
        <w:spacing w:after="0"/>
        <w:rPr>
          <w:color w:val="000000"/>
        </w:rPr>
      </w:pPr>
      <w:r>
        <w:rPr>
          <w:color w:val="000000"/>
        </w:rPr>
        <w:t>Colors: Onyx, Snow, Glacier</w:t>
      </w:r>
    </w:p>
    <w:p w14:paraId="00000076" w14:textId="77777777" w:rsidR="009176E9" w:rsidRDefault="00B47E87">
      <w:pPr>
        <w:numPr>
          <w:ilvl w:val="1"/>
          <w:numId w:val="4"/>
        </w:numPr>
        <w:pBdr>
          <w:top w:val="nil"/>
          <w:left w:val="nil"/>
          <w:bottom w:val="nil"/>
          <w:right w:val="nil"/>
          <w:between w:val="nil"/>
        </w:pBdr>
        <w:spacing w:after="0"/>
        <w:rPr>
          <w:color w:val="000000"/>
        </w:rPr>
      </w:pPr>
      <w:r>
        <w:rPr>
          <w:color w:val="000000"/>
        </w:rPr>
        <w:t>Thickness: 5/8"</w:t>
      </w:r>
    </w:p>
    <w:p w14:paraId="00000077" w14:textId="77777777" w:rsidR="009176E9" w:rsidRDefault="00B47E87">
      <w:pPr>
        <w:numPr>
          <w:ilvl w:val="1"/>
          <w:numId w:val="4"/>
        </w:numPr>
        <w:pBdr>
          <w:top w:val="nil"/>
          <w:left w:val="nil"/>
          <w:bottom w:val="nil"/>
          <w:right w:val="nil"/>
          <w:between w:val="nil"/>
        </w:pBdr>
        <w:spacing w:after="0"/>
        <w:rPr>
          <w:color w:val="000000"/>
        </w:rPr>
      </w:pPr>
      <w:r>
        <w:rPr>
          <w:color w:val="000000"/>
        </w:rPr>
        <w:t xml:space="preserve">Weight: 37.9 </w:t>
      </w:r>
      <w:proofErr w:type="spellStart"/>
      <w:r>
        <w:rPr>
          <w:color w:val="000000"/>
        </w:rPr>
        <w:t>lbs</w:t>
      </w:r>
      <w:proofErr w:type="spellEnd"/>
      <w:r>
        <w:rPr>
          <w:color w:val="000000"/>
        </w:rPr>
        <w:t>/panel</w:t>
      </w:r>
    </w:p>
    <w:p w14:paraId="00000078" w14:textId="77777777" w:rsidR="009176E9" w:rsidRDefault="00B47E87">
      <w:pPr>
        <w:numPr>
          <w:ilvl w:val="1"/>
          <w:numId w:val="4"/>
        </w:numPr>
        <w:pBdr>
          <w:top w:val="nil"/>
          <w:left w:val="nil"/>
          <w:bottom w:val="nil"/>
          <w:right w:val="nil"/>
          <w:between w:val="nil"/>
        </w:pBdr>
        <w:spacing w:after="0"/>
        <w:rPr>
          <w:color w:val="000000"/>
        </w:rPr>
      </w:pPr>
      <w:r>
        <w:rPr>
          <w:color w:val="000000"/>
        </w:rPr>
        <w:t>Coverage: 8.88 sq. ft./panel</w:t>
      </w:r>
    </w:p>
    <w:p w14:paraId="00000079" w14:textId="77777777" w:rsidR="009176E9" w:rsidRDefault="00B47E87">
      <w:pPr>
        <w:numPr>
          <w:ilvl w:val="1"/>
          <w:numId w:val="4"/>
        </w:numPr>
        <w:pBdr>
          <w:top w:val="nil"/>
          <w:left w:val="nil"/>
          <w:bottom w:val="nil"/>
          <w:right w:val="nil"/>
          <w:between w:val="nil"/>
        </w:pBdr>
        <w:spacing w:after="0"/>
        <w:rPr>
          <w:color w:val="000000"/>
        </w:rPr>
      </w:pPr>
      <w:r>
        <w:rPr>
          <w:color w:val="000000"/>
        </w:rPr>
        <w:t>Application: Interior and exterior</w:t>
      </w:r>
    </w:p>
    <w:p w14:paraId="0000007A" w14:textId="77777777" w:rsidR="009176E9" w:rsidRDefault="00B47E87">
      <w:pPr>
        <w:numPr>
          <w:ilvl w:val="0"/>
          <w:numId w:val="4"/>
        </w:numPr>
        <w:spacing w:after="0"/>
        <w:rPr>
          <w:b/>
          <w:bCs/>
        </w:rPr>
      </w:pPr>
      <w:r>
        <w:rPr>
          <w:b/>
          <w:bCs/>
        </w:rPr>
        <w:t>Dimension Series: Ribbed</w:t>
      </w:r>
    </w:p>
    <w:p w14:paraId="0000007B" w14:textId="3CD514D2" w:rsidR="009176E9" w:rsidRDefault="00B47E87">
      <w:pPr>
        <w:numPr>
          <w:ilvl w:val="1"/>
          <w:numId w:val="4"/>
        </w:numPr>
        <w:pBdr>
          <w:top w:val="nil"/>
          <w:left w:val="nil"/>
          <w:bottom w:val="nil"/>
          <w:right w:val="nil"/>
          <w:between w:val="nil"/>
        </w:pBdr>
        <w:spacing w:after="0"/>
      </w:pPr>
      <w:r>
        <w:rPr>
          <w:color w:val="000000"/>
        </w:rPr>
        <w:t>Size Dimensions: AWP 3030 (</w:t>
      </w:r>
      <w:r w:rsidR="008446AC">
        <w:rPr>
          <w:color w:val="000000"/>
        </w:rPr>
        <w:t xml:space="preserve">Horizontal or </w:t>
      </w:r>
      <w:r>
        <w:rPr>
          <w:color w:val="000000"/>
        </w:rPr>
        <w:t>Vertical)</w:t>
      </w:r>
      <w:r>
        <w:t xml:space="preserve">: </w:t>
      </w:r>
      <w:r>
        <w:rPr>
          <w:color w:val="000000"/>
        </w:rPr>
        <w:t>17-7/8" H × 119-5/16" L</w:t>
      </w:r>
    </w:p>
    <w:p w14:paraId="0000007C" w14:textId="77777777" w:rsidR="009176E9" w:rsidRDefault="00B47E87">
      <w:pPr>
        <w:numPr>
          <w:ilvl w:val="1"/>
          <w:numId w:val="4"/>
        </w:numPr>
        <w:pBdr>
          <w:top w:val="nil"/>
          <w:left w:val="nil"/>
          <w:bottom w:val="nil"/>
          <w:right w:val="nil"/>
          <w:between w:val="nil"/>
        </w:pBdr>
        <w:spacing w:after="0"/>
        <w:rPr>
          <w:color w:val="000000"/>
        </w:rPr>
      </w:pPr>
      <w:r>
        <w:rPr>
          <w:color w:val="000000"/>
        </w:rPr>
        <w:t>Colors: Ivory, Indigo, and custom colors available</w:t>
      </w:r>
    </w:p>
    <w:p w14:paraId="0000007D" w14:textId="77777777" w:rsidR="009176E9" w:rsidRDefault="00B47E87">
      <w:pPr>
        <w:numPr>
          <w:ilvl w:val="1"/>
          <w:numId w:val="4"/>
        </w:numPr>
        <w:pBdr>
          <w:top w:val="nil"/>
          <w:left w:val="nil"/>
          <w:bottom w:val="nil"/>
          <w:right w:val="nil"/>
          <w:between w:val="nil"/>
        </w:pBdr>
        <w:spacing w:after="0"/>
        <w:rPr>
          <w:color w:val="000000"/>
        </w:rPr>
      </w:pPr>
      <w:r>
        <w:rPr>
          <w:color w:val="000000"/>
        </w:rPr>
        <w:t>Thickness: 5/8"</w:t>
      </w:r>
    </w:p>
    <w:p w14:paraId="0000007E" w14:textId="77777777" w:rsidR="009176E9" w:rsidRDefault="00B47E87">
      <w:pPr>
        <w:numPr>
          <w:ilvl w:val="1"/>
          <w:numId w:val="4"/>
        </w:numPr>
        <w:pBdr>
          <w:top w:val="nil"/>
          <w:left w:val="nil"/>
          <w:bottom w:val="nil"/>
          <w:right w:val="nil"/>
          <w:between w:val="nil"/>
        </w:pBdr>
        <w:spacing w:after="0"/>
        <w:rPr>
          <w:color w:val="000000"/>
        </w:rPr>
      </w:pPr>
      <w:r>
        <w:rPr>
          <w:color w:val="000000"/>
        </w:rPr>
        <w:t xml:space="preserve">Weight: 57.3 </w:t>
      </w:r>
      <w:proofErr w:type="spellStart"/>
      <w:r>
        <w:rPr>
          <w:color w:val="000000"/>
        </w:rPr>
        <w:t>lbs</w:t>
      </w:r>
      <w:proofErr w:type="spellEnd"/>
      <w:r>
        <w:rPr>
          <w:color w:val="000000"/>
        </w:rPr>
        <w:t>/panel</w:t>
      </w:r>
    </w:p>
    <w:p w14:paraId="0000007F" w14:textId="77777777" w:rsidR="009176E9" w:rsidRDefault="00B47E87">
      <w:pPr>
        <w:numPr>
          <w:ilvl w:val="1"/>
          <w:numId w:val="4"/>
        </w:numPr>
        <w:pBdr>
          <w:top w:val="nil"/>
          <w:left w:val="nil"/>
          <w:bottom w:val="nil"/>
          <w:right w:val="nil"/>
          <w:between w:val="nil"/>
        </w:pBdr>
        <w:spacing w:after="0"/>
        <w:rPr>
          <w:color w:val="000000"/>
        </w:rPr>
      </w:pPr>
      <w:r>
        <w:rPr>
          <w:color w:val="000000"/>
        </w:rPr>
        <w:t>Coverage: 14.81 sq. ft./panel</w:t>
      </w:r>
    </w:p>
    <w:p w14:paraId="00000080" w14:textId="77777777" w:rsidR="009176E9" w:rsidRDefault="00B47E87">
      <w:pPr>
        <w:numPr>
          <w:ilvl w:val="1"/>
          <w:numId w:val="4"/>
        </w:numPr>
        <w:pBdr>
          <w:top w:val="nil"/>
          <w:left w:val="nil"/>
          <w:bottom w:val="nil"/>
          <w:right w:val="nil"/>
          <w:between w:val="nil"/>
        </w:pBdr>
        <w:spacing w:after="0"/>
        <w:rPr>
          <w:color w:val="000000"/>
        </w:rPr>
      </w:pPr>
      <w:r>
        <w:rPr>
          <w:color w:val="000000"/>
        </w:rPr>
        <w:t>Application: Interior and exterior</w:t>
      </w:r>
      <w:r>
        <w:rPr>
          <w:color w:val="000000"/>
        </w:rPr>
        <w:tab/>
      </w:r>
    </w:p>
    <w:p w14:paraId="00000081" w14:textId="705D6064" w:rsidR="009176E9" w:rsidRDefault="00B47E87">
      <w:pPr>
        <w:numPr>
          <w:ilvl w:val="0"/>
          <w:numId w:val="4"/>
        </w:numPr>
        <w:spacing w:after="0"/>
        <w:rPr>
          <w:b/>
          <w:bCs/>
        </w:rPr>
      </w:pPr>
      <w:r>
        <w:rPr>
          <w:b/>
          <w:bCs/>
        </w:rPr>
        <w:t>Dimension Series: Novenary</w:t>
      </w:r>
    </w:p>
    <w:p w14:paraId="00000082" w14:textId="77777777" w:rsidR="009176E9" w:rsidRDefault="00B47E87">
      <w:pPr>
        <w:numPr>
          <w:ilvl w:val="1"/>
          <w:numId w:val="4"/>
        </w:numPr>
        <w:pBdr>
          <w:top w:val="nil"/>
          <w:left w:val="nil"/>
          <w:bottom w:val="nil"/>
          <w:right w:val="nil"/>
          <w:between w:val="nil"/>
        </w:pBdr>
        <w:spacing w:after="0"/>
      </w:pPr>
      <w:r>
        <w:rPr>
          <w:color w:val="000000"/>
        </w:rPr>
        <w:t>Size Dimensions: AWP 1818 (Horizontal only)</w:t>
      </w:r>
      <w:r>
        <w:t xml:space="preserve">: </w:t>
      </w:r>
      <w:r>
        <w:rPr>
          <w:color w:val="000000"/>
        </w:rPr>
        <w:t>17-7/8" H × 71-9/16" L</w:t>
      </w:r>
    </w:p>
    <w:p w14:paraId="00000083" w14:textId="77777777" w:rsidR="009176E9" w:rsidRDefault="00B47E87">
      <w:pPr>
        <w:numPr>
          <w:ilvl w:val="1"/>
          <w:numId w:val="4"/>
        </w:numPr>
        <w:pBdr>
          <w:top w:val="nil"/>
          <w:left w:val="nil"/>
          <w:bottom w:val="nil"/>
          <w:right w:val="nil"/>
          <w:between w:val="nil"/>
        </w:pBdr>
        <w:spacing w:after="0"/>
        <w:rPr>
          <w:color w:val="000000"/>
        </w:rPr>
      </w:pPr>
      <w:r>
        <w:rPr>
          <w:color w:val="000000"/>
        </w:rPr>
        <w:t>Colors: Opal, Slate, Sand, Ochre, Clay</w:t>
      </w:r>
    </w:p>
    <w:p w14:paraId="00000084" w14:textId="77777777" w:rsidR="009176E9" w:rsidRDefault="00B47E87">
      <w:pPr>
        <w:numPr>
          <w:ilvl w:val="1"/>
          <w:numId w:val="4"/>
        </w:numPr>
        <w:pBdr>
          <w:top w:val="nil"/>
          <w:left w:val="nil"/>
          <w:bottom w:val="nil"/>
          <w:right w:val="nil"/>
          <w:between w:val="nil"/>
        </w:pBdr>
        <w:spacing w:after="0"/>
        <w:rPr>
          <w:color w:val="000000"/>
        </w:rPr>
      </w:pPr>
      <w:r>
        <w:rPr>
          <w:color w:val="000000"/>
        </w:rPr>
        <w:t>Thickness: 7/8" (21 mm)</w:t>
      </w:r>
    </w:p>
    <w:p w14:paraId="00000085" w14:textId="77777777" w:rsidR="009176E9" w:rsidRDefault="00B47E87">
      <w:pPr>
        <w:numPr>
          <w:ilvl w:val="1"/>
          <w:numId w:val="4"/>
        </w:numPr>
        <w:pBdr>
          <w:top w:val="nil"/>
          <w:left w:val="nil"/>
          <w:bottom w:val="nil"/>
          <w:right w:val="nil"/>
          <w:between w:val="nil"/>
        </w:pBdr>
        <w:spacing w:after="0"/>
        <w:rPr>
          <w:color w:val="000000"/>
        </w:rPr>
      </w:pPr>
      <w:r>
        <w:rPr>
          <w:color w:val="000000"/>
        </w:rPr>
        <w:t xml:space="preserve">Weight: 47.84 </w:t>
      </w:r>
      <w:proofErr w:type="spellStart"/>
      <w:r>
        <w:rPr>
          <w:color w:val="000000"/>
        </w:rPr>
        <w:t>lbs</w:t>
      </w:r>
      <w:proofErr w:type="spellEnd"/>
      <w:r>
        <w:rPr>
          <w:color w:val="000000"/>
        </w:rPr>
        <w:t>/panel</w:t>
      </w:r>
    </w:p>
    <w:p w14:paraId="00000086" w14:textId="77777777" w:rsidR="009176E9" w:rsidRDefault="00B47E87">
      <w:pPr>
        <w:numPr>
          <w:ilvl w:val="1"/>
          <w:numId w:val="4"/>
        </w:numPr>
        <w:pBdr>
          <w:top w:val="nil"/>
          <w:left w:val="nil"/>
          <w:bottom w:val="nil"/>
          <w:right w:val="nil"/>
          <w:between w:val="nil"/>
        </w:pBdr>
        <w:spacing w:after="0"/>
        <w:rPr>
          <w:color w:val="000000"/>
        </w:rPr>
      </w:pPr>
      <w:r>
        <w:rPr>
          <w:color w:val="000000"/>
        </w:rPr>
        <w:t>Coverage: 8.88 sq. ft./panel</w:t>
      </w:r>
    </w:p>
    <w:p w14:paraId="00000087" w14:textId="77777777" w:rsidR="009176E9" w:rsidRDefault="00B47E87">
      <w:pPr>
        <w:numPr>
          <w:ilvl w:val="1"/>
          <w:numId w:val="4"/>
        </w:numPr>
        <w:pBdr>
          <w:top w:val="nil"/>
          <w:left w:val="nil"/>
          <w:bottom w:val="nil"/>
          <w:right w:val="nil"/>
          <w:between w:val="nil"/>
        </w:pBdr>
        <w:spacing w:after="0"/>
        <w:rPr>
          <w:color w:val="000000"/>
        </w:rPr>
      </w:pPr>
      <w:r>
        <w:rPr>
          <w:color w:val="000000"/>
        </w:rPr>
        <w:t>Application: Interior and exterior</w:t>
      </w:r>
    </w:p>
    <w:p w14:paraId="00000088" w14:textId="77777777" w:rsidR="009176E9" w:rsidRDefault="00B47E87">
      <w:pPr>
        <w:numPr>
          <w:ilvl w:val="0"/>
          <w:numId w:val="4"/>
        </w:numPr>
        <w:spacing w:after="0"/>
        <w:rPr>
          <w:b/>
          <w:bCs/>
        </w:rPr>
      </w:pPr>
      <w:r>
        <w:rPr>
          <w:b/>
          <w:bCs/>
        </w:rPr>
        <w:t xml:space="preserve">Dimension Series: </w:t>
      </w:r>
      <w:proofErr w:type="spellStart"/>
      <w:r>
        <w:rPr>
          <w:b/>
          <w:bCs/>
        </w:rPr>
        <w:t>Latura</w:t>
      </w:r>
      <w:proofErr w:type="spellEnd"/>
      <w:r>
        <w:rPr>
          <w:b/>
          <w:bCs/>
        </w:rPr>
        <w:t xml:space="preserve"> V-Groove</w:t>
      </w:r>
    </w:p>
    <w:p w14:paraId="00000089" w14:textId="77777777" w:rsidR="009176E9" w:rsidRDefault="00B47E87">
      <w:pPr>
        <w:numPr>
          <w:ilvl w:val="1"/>
          <w:numId w:val="4"/>
        </w:numPr>
        <w:pBdr>
          <w:top w:val="nil"/>
          <w:left w:val="nil"/>
          <w:bottom w:val="nil"/>
          <w:right w:val="nil"/>
          <w:between w:val="nil"/>
        </w:pBdr>
        <w:spacing w:after="0"/>
        <w:rPr>
          <w:color w:val="000000"/>
        </w:rPr>
      </w:pPr>
      <w:r>
        <w:rPr>
          <w:color w:val="000000"/>
        </w:rPr>
        <w:t>Size Dimensions:</w:t>
      </w:r>
    </w:p>
    <w:p w14:paraId="0000008A" w14:textId="77777777" w:rsidR="009176E9" w:rsidRDefault="00B47E87">
      <w:pPr>
        <w:numPr>
          <w:ilvl w:val="2"/>
          <w:numId w:val="4"/>
        </w:numPr>
        <w:pBdr>
          <w:top w:val="nil"/>
          <w:left w:val="nil"/>
          <w:bottom w:val="nil"/>
          <w:right w:val="nil"/>
          <w:between w:val="nil"/>
        </w:pBdr>
        <w:spacing w:after="0"/>
        <w:rPr>
          <w:color w:val="000000"/>
        </w:rPr>
      </w:pPr>
      <w:r>
        <w:rPr>
          <w:color w:val="000000"/>
        </w:rPr>
        <w:t>AWP 1818 (Horizontal): 17-7/8" H × 71-9/16" L</w:t>
      </w:r>
    </w:p>
    <w:p w14:paraId="0000008B" w14:textId="45A05014" w:rsidR="009176E9" w:rsidRDefault="00B47E87">
      <w:pPr>
        <w:numPr>
          <w:ilvl w:val="2"/>
          <w:numId w:val="4"/>
        </w:numPr>
        <w:pBdr>
          <w:top w:val="nil"/>
          <w:left w:val="nil"/>
          <w:bottom w:val="nil"/>
          <w:right w:val="nil"/>
          <w:between w:val="nil"/>
        </w:pBdr>
        <w:spacing w:after="0"/>
        <w:rPr>
          <w:color w:val="000000"/>
        </w:rPr>
      </w:pPr>
      <w:r>
        <w:rPr>
          <w:color w:val="000000"/>
        </w:rPr>
        <w:t>AWP 3030 (</w:t>
      </w:r>
      <w:r w:rsidR="008446AC">
        <w:rPr>
          <w:color w:val="000000"/>
        </w:rPr>
        <w:t xml:space="preserve">Horizontal or </w:t>
      </w:r>
      <w:r>
        <w:rPr>
          <w:color w:val="000000"/>
        </w:rPr>
        <w:t>Vertical): 17-7/8" H × 119-5/16" L</w:t>
      </w:r>
    </w:p>
    <w:p w14:paraId="0000008C" w14:textId="77777777" w:rsidR="009176E9" w:rsidRDefault="00B47E87">
      <w:pPr>
        <w:numPr>
          <w:ilvl w:val="1"/>
          <w:numId w:val="4"/>
        </w:numPr>
        <w:pBdr>
          <w:top w:val="nil"/>
          <w:left w:val="nil"/>
          <w:bottom w:val="nil"/>
          <w:right w:val="nil"/>
          <w:between w:val="nil"/>
        </w:pBdr>
        <w:spacing w:after="0"/>
        <w:rPr>
          <w:color w:val="000000"/>
        </w:rPr>
      </w:pPr>
      <w:r>
        <w:rPr>
          <w:color w:val="000000"/>
        </w:rPr>
        <w:t>Colors: White, Gray</w:t>
      </w:r>
    </w:p>
    <w:p w14:paraId="0000008D" w14:textId="77777777" w:rsidR="009176E9" w:rsidRDefault="00B47E87">
      <w:pPr>
        <w:numPr>
          <w:ilvl w:val="1"/>
          <w:numId w:val="4"/>
        </w:numPr>
        <w:pBdr>
          <w:top w:val="nil"/>
          <w:left w:val="nil"/>
          <w:bottom w:val="nil"/>
          <w:right w:val="nil"/>
          <w:between w:val="nil"/>
        </w:pBdr>
        <w:spacing w:after="0"/>
        <w:rPr>
          <w:color w:val="000000"/>
        </w:rPr>
      </w:pPr>
      <w:r>
        <w:rPr>
          <w:color w:val="000000"/>
        </w:rPr>
        <w:t>Thickness: 5/8"</w:t>
      </w:r>
    </w:p>
    <w:p w14:paraId="0000008E" w14:textId="77777777" w:rsidR="009176E9" w:rsidRDefault="00B47E87">
      <w:pPr>
        <w:numPr>
          <w:ilvl w:val="1"/>
          <w:numId w:val="4"/>
        </w:numPr>
        <w:pBdr>
          <w:top w:val="nil"/>
          <w:left w:val="nil"/>
          <w:bottom w:val="nil"/>
          <w:right w:val="nil"/>
          <w:between w:val="nil"/>
        </w:pBdr>
        <w:spacing w:after="0"/>
        <w:rPr>
          <w:color w:val="000000"/>
        </w:rPr>
      </w:pPr>
      <w:r>
        <w:rPr>
          <w:color w:val="000000"/>
        </w:rPr>
        <w:t>Weight:</w:t>
      </w:r>
    </w:p>
    <w:p w14:paraId="0000008F" w14:textId="77777777" w:rsidR="009176E9" w:rsidRDefault="00B47E87">
      <w:pPr>
        <w:numPr>
          <w:ilvl w:val="2"/>
          <w:numId w:val="4"/>
        </w:numPr>
        <w:pBdr>
          <w:top w:val="nil"/>
          <w:left w:val="nil"/>
          <w:bottom w:val="nil"/>
          <w:right w:val="nil"/>
          <w:between w:val="nil"/>
        </w:pBdr>
        <w:spacing w:after="0"/>
        <w:rPr>
          <w:color w:val="000000"/>
        </w:rPr>
      </w:pPr>
      <w:r>
        <w:rPr>
          <w:color w:val="000000"/>
        </w:rPr>
        <w:t xml:space="preserve">AWP 1818: 40.35 </w:t>
      </w:r>
      <w:proofErr w:type="spellStart"/>
      <w:r>
        <w:rPr>
          <w:color w:val="000000"/>
        </w:rPr>
        <w:t>lbs</w:t>
      </w:r>
      <w:proofErr w:type="spellEnd"/>
      <w:r>
        <w:rPr>
          <w:color w:val="000000"/>
        </w:rPr>
        <w:t>/panel</w:t>
      </w:r>
    </w:p>
    <w:p w14:paraId="00000090" w14:textId="77777777" w:rsidR="009176E9" w:rsidRDefault="00B47E87">
      <w:pPr>
        <w:numPr>
          <w:ilvl w:val="2"/>
          <w:numId w:val="4"/>
        </w:numPr>
        <w:pBdr>
          <w:top w:val="nil"/>
          <w:left w:val="nil"/>
          <w:bottom w:val="nil"/>
          <w:right w:val="nil"/>
          <w:between w:val="nil"/>
        </w:pBdr>
        <w:spacing w:after="0"/>
        <w:rPr>
          <w:color w:val="000000"/>
        </w:rPr>
      </w:pPr>
      <w:r>
        <w:rPr>
          <w:color w:val="000000"/>
        </w:rPr>
        <w:t xml:space="preserve">AWP 3030: 65.25 </w:t>
      </w:r>
      <w:proofErr w:type="spellStart"/>
      <w:r>
        <w:rPr>
          <w:color w:val="000000"/>
        </w:rPr>
        <w:t>lbs</w:t>
      </w:r>
      <w:proofErr w:type="spellEnd"/>
      <w:r>
        <w:rPr>
          <w:color w:val="000000"/>
        </w:rPr>
        <w:t>/panel</w:t>
      </w:r>
    </w:p>
    <w:p w14:paraId="00000091" w14:textId="77777777" w:rsidR="009176E9" w:rsidRDefault="00B47E87">
      <w:pPr>
        <w:numPr>
          <w:ilvl w:val="1"/>
          <w:numId w:val="4"/>
        </w:numPr>
        <w:pBdr>
          <w:top w:val="nil"/>
          <w:left w:val="nil"/>
          <w:bottom w:val="nil"/>
          <w:right w:val="nil"/>
          <w:between w:val="nil"/>
        </w:pBdr>
        <w:spacing w:after="0"/>
        <w:rPr>
          <w:color w:val="000000"/>
        </w:rPr>
      </w:pPr>
      <w:r>
        <w:rPr>
          <w:color w:val="000000"/>
        </w:rPr>
        <w:t>Coverage:</w:t>
      </w:r>
    </w:p>
    <w:p w14:paraId="00000092" w14:textId="77777777" w:rsidR="009176E9" w:rsidRDefault="00B47E87">
      <w:pPr>
        <w:numPr>
          <w:ilvl w:val="2"/>
          <w:numId w:val="4"/>
        </w:numPr>
        <w:pBdr>
          <w:top w:val="nil"/>
          <w:left w:val="nil"/>
          <w:bottom w:val="nil"/>
          <w:right w:val="nil"/>
          <w:between w:val="nil"/>
        </w:pBdr>
        <w:spacing w:after="0"/>
        <w:rPr>
          <w:color w:val="000000"/>
        </w:rPr>
      </w:pPr>
      <w:r>
        <w:rPr>
          <w:color w:val="000000"/>
        </w:rPr>
        <w:t>AWP 1818: 8.88 sq. ft./panel</w:t>
      </w:r>
    </w:p>
    <w:p w14:paraId="00000093" w14:textId="77777777" w:rsidR="009176E9" w:rsidRDefault="00B47E87">
      <w:pPr>
        <w:numPr>
          <w:ilvl w:val="2"/>
          <w:numId w:val="4"/>
        </w:numPr>
        <w:pBdr>
          <w:top w:val="nil"/>
          <w:left w:val="nil"/>
          <w:bottom w:val="nil"/>
          <w:right w:val="nil"/>
          <w:between w:val="nil"/>
        </w:pBdr>
        <w:spacing w:after="0"/>
        <w:rPr>
          <w:color w:val="000000"/>
        </w:rPr>
      </w:pPr>
      <w:r>
        <w:rPr>
          <w:color w:val="000000"/>
        </w:rPr>
        <w:t>AWP 3030: 14.81 sq. ft./panel</w:t>
      </w:r>
    </w:p>
    <w:p w14:paraId="00000094" w14:textId="77777777" w:rsidR="009176E9" w:rsidRDefault="00B47E87">
      <w:pPr>
        <w:numPr>
          <w:ilvl w:val="1"/>
          <w:numId w:val="4"/>
        </w:numPr>
        <w:pBdr>
          <w:top w:val="nil"/>
          <w:left w:val="nil"/>
          <w:bottom w:val="nil"/>
          <w:right w:val="nil"/>
          <w:between w:val="nil"/>
        </w:pBdr>
        <w:spacing w:after="0"/>
        <w:rPr>
          <w:color w:val="000000"/>
        </w:rPr>
      </w:pPr>
      <w:r>
        <w:rPr>
          <w:color w:val="000000"/>
        </w:rPr>
        <w:t>Application: Interior and exterior</w:t>
      </w:r>
    </w:p>
    <w:p w14:paraId="00000095" w14:textId="77777777" w:rsidR="009176E9" w:rsidRDefault="00B47E87">
      <w:pPr>
        <w:numPr>
          <w:ilvl w:val="0"/>
          <w:numId w:val="4"/>
        </w:numPr>
        <w:spacing w:after="0"/>
        <w:rPr>
          <w:b/>
          <w:bCs/>
        </w:rPr>
      </w:pPr>
      <w:r>
        <w:rPr>
          <w:b/>
          <w:bCs/>
        </w:rPr>
        <w:t xml:space="preserve">Modern Series: </w:t>
      </w:r>
      <w:proofErr w:type="spellStart"/>
      <w:r>
        <w:rPr>
          <w:b/>
          <w:bCs/>
        </w:rPr>
        <w:t>ArchitecturalBlock</w:t>
      </w:r>
      <w:proofErr w:type="spellEnd"/>
    </w:p>
    <w:p w14:paraId="00000096" w14:textId="77777777" w:rsidR="009176E9" w:rsidRDefault="00B47E87">
      <w:pPr>
        <w:numPr>
          <w:ilvl w:val="1"/>
          <w:numId w:val="4"/>
        </w:numPr>
        <w:pBdr>
          <w:top w:val="nil"/>
          <w:left w:val="nil"/>
          <w:bottom w:val="nil"/>
          <w:right w:val="nil"/>
          <w:between w:val="nil"/>
        </w:pBdr>
        <w:spacing w:after="0"/>
      </w:pPr>
      <w:r>
        <w:rPr>
          <w:color w:val="000000"/>
        </w:rPr>
        <w:lastRenderedPageBreak/>
        <w:t>Size Dimensions: AWP 1818 (Horizontal only)</w:t>
      </w:r>
      <w:r>
        <w:t xml:space="preserve">: </w:t>
      </w:r>
      <w:r>
        <w:rPr>
          <w:color w:val="000000"/>
        </w:rPr>
        <w:t>17-7/8" H × 71-9/16" L</w:t>
      </w:r>
    </w:p>
    <w:p w14:paraId="00000097" w14:textId="77777777" w:rsidR="009176E9" w:rsidRDefault="00B47E87">
      <w:pPr>
        <w:numPr>
          <w:ilvl w:val="1"/>
          <w:numId w:val="4"/>
        </w:numPr>
        <w:pBdr>
          <w:top w:val="nil"/>
          <w:left w:val="nil"/>
          <w:bottom w:val="nil"/>
          <w:right w:val="nil"/>
          <w:between w:val="nil"/>
        </w:pBdr>
        <w:spacing w:after="0"/>
        <w:rPr>
          <w:color w:val="000000"/>
        </w:rPr>
      </w:pPr>
      <w:r>
        <w:rPr>
          <w:color w:val="000000"/>
        </w:rPr>
        <w:t>Colors: Gray, Mocha, Tuscan</w:t>
      </w:r>
    </w:p>
    <w:p w14:paraId="00000098" w14:textId="77777777" w:rsidR="009176E9" w:rsidRDefault="00B47E87">
      <w:pPr>
        <w:numPr>
          <w:ilvl w:val="1"/>
          <w:numId w:val="4"/>
        </w:numPr>
        <w:pBdr>
          <w:top w:val="nil"/>
          <w:left w:val="nil"/>
          <w:bottom w:val="nil"/>
          <w:right w:val="nil"/>
          <w:between w:val="nil"/>
        </w:pBdr>
        <w:spacing w:after="0"/>
        <w:rPr>
          <w:color w:val="000000"/>
        </w:rPr>
      </w:pPr>
      <w:r>
        <w:rPr>
          <w:color w:val="000000"/>
        </w:rPr>
        <w:t>Thickness: 5/8"</w:t>
      </w:r>
    </w:p>
    <w:p w14:paraId="00000099" w14:textId="77777777" w:rsidR="009176E9" w:rsidRDefault="00B47E87">
      <w:pPr>
        <w:numPr>
          <w:ilvl w:val="1"/>
          <w:numId w:val="4"/>
        </w:numPr>
        <w:pBdr>
          <w:top w:val="nil"/>
          <w:left w:val="nil"/>
          <w:bottom w:val="nil"/>
          <w:right w:val="nil"/>
          <w:between w:val="nil"/>
        </w:pBdr>
        <w:spacing w:after="0"/>
        <w:rPr>
          <w:color w:val="000000"/>
        </w:rPr>
      </w:pPr>
      <w:r>
        <w:rPr>
          <w:color w:val="000000"/>
        </w:rPr>
        <w:t xml:space="preserve">Weight: 35.2 </w:t>
      </w:r>
      <w:proofErr w:type="spellStart"/>
      <w:r>
        <w:rPr>
          <w:color w:val="000000"/>
        </w:rPr>
        <w:t>lbs</w:t>
      </w:r>
      <w:proofErr w:type="spellEnd"/>
      <w:r>
        <w:rPr>
          <w:color w:val="000000"/>
        </w:rPr>
        <w:t>/panel</w:t>
      </w:r>
    </w:p>
    <w:p w14:paraId="0000009A" w14:textId="77777777" w:rsidR="009176E9" w:rsidRDefault="00B47E87">
      <w:pPr>
        <w:numPr>
          <w:ilvl w:val="1"/>
          <w:numId w:val="4"/>
        </w:numPr>
        <w:pBdr>
          <w:top w:val="nil"/>
          <w:left w:val="nil"/>
          <w:bottom w:val="nil"/>
          <w:right w:val="nil"/>
          <w:between w:val="nil"/>
        </w:pBdr>
        <w:spacing w:after="0"/>
        <w:rPr>
          <w:color w:val="000000"/>
        </w:rPr>
      </w:pPr>
      <w:r>
        <w:rPr>
          <w:color w:val="000000"/>
        </w:rPr>
        <w:t>Coverage: 8.88 sq. ft./panel</w:t>
      </w:r>
    </w:p>
    <w:p w14:paraId="0000009B" w14:textId="77777777" w:rsidR="009176E9" w:rsidRDefault="00B47E87">
      <w:pPr>
        <w:numPr>
          <w:ilvl w:val="1"/>
          <w:numId w:val="4"/>
        </w:numPr>
        <w:pBdr>
          <w:top w:val="nil"/>
          <w:left w:val="nil"/>
          <w:bottom w:val="nil"/>
          <w:right w:val="nil"/>
          <w:between w:val="nil"/>
        </w:pBdr>
        <w:spacing w:after="0"/>
        <w:rPr>
          <w:color w:val="000000"/>
        </w:rPr>
      </w:pPr>
      <w:r>
        <w:rPr>
          <w:color w:val="000000"/>
        </w:rPr>
        <w:t>Application: Interior and exterior</w:t>
      </w:r>
    </w:p>
    <w:p w14:paraId="0000009C" w14:textId="77777777" w:rsidR="009176E9" w:rsidRDefault="00B47E87">
      <w:pPr>
        <w:numPr>
          <w:ilvl w:val="0"/>
          <w:numId w:val="4"/>
        </w:numPr>
        <w:spacing w:after="0"/>
        <w:rPr>
          <w:b/>
          <w:bCs/>
        </w:rPr>
      </w:pPr>
      <w:r>
        <w:rPr>
          <w:b/>
          <w:bCs/>
        </w:rPr>
        <w:t xml:space="preserve">Modern Series: </w:t>
      </w:r>
      <w:proofErr w:type="spellStart"/>
      <w:r>
        <w:rPr>
          <w:b/>
          <w:bCs/>
        </w:rPr>
        <w:t>TuffBlock</w:t>
      </w:r>
      <w:proofErr w:type="spellEnd"/>
    </w:p>
    <w:p w14:paraId="0000009D" w14:textId="77777777" w:rsidR="009176E9" w:rsidRDefault="00B47E87">
      <w:pPr>
        <w:numPr>
          <w:ilvl w:val="1"/>
          <w:numId w:val="4"/>
        </w:numPr>
        <w:pBdr>
          <w:top w:val="nil"/>
          <w:left w:val="nil"/>
          <w:bottom w:val="nil"/>
          <w:right w:val="nil"/>
          <w:between w:val="nil"/>
        </w:pBdr>
        <w:spacing w:after="0"/>
      </w:pPr>
      <w:r>
        <w:rPr>
          <w:color w:val="000000"/>
        </w:rPr>
        <w:t>Size Dimensions: AWP 1818 (Horizontal only)</w:t>
      </w:r>
      <w:r>
        <w:t xml:space="preserve">: </w:t>
      </w:r>
      <w:r>
        <w:rPr>
          <w:color w:val="000000"/>
        </w:rPr>
        <w:t>17-7/8" H × 71-9/16" L</w:t>
      </w:r>
    </w:p>
    <w:p w14:paraId="0000009E" w14:textId="77777777" w:rsidR="009176E9" w:rsidRDefault="00B47E87">
      <w:pPr>
        <w:numPr>
          <w:ilvl w:val="1"/>
          <w:numId w:val="4"/>
        </w:numPr>
        <w:pBdr>
          <w:top w:val="nil"/>
          <w:left w:val="nil"/>
          <w:bottom w:val="nil"/>
          <w:right w:val="nil"/>
          <w:between w:val="nil"/>
        </w:pBdr>
        <w:spacing w:after="0"/>
        <w:rPr>
          <w:color w:val="000000"/>
        </w:rPr>
      </w:pPr>
      <w:r>
        <w:rPr>
          <w:color w:val="000000"/>
        </w:rPr>
        <w:t>Colors: Steel, Bamboo, Walnut, Pewter, Taupe, and custom colors available</w:t>
      </w:r>
    </w:p>
    <w:p w14:paraId="0000009F" w14:textId="77777777" w:rsidR="009176E9" w:rsidRDefault="00B47E87">
      <w:pPr>
        <w:numPr>
          <w:ilvl w:val="1"/>
          <w:numId w:val="4"/>
        </w:numPr>
        <w:pBdr>
          <w:top w:val="nil"/>
          <w:left w:val="nil"/>
          <w:bottom w:val="nil"/>
          <w:right w:val="nil"/>
          <w:between w:val="nil"/>
        </w:pBdr>
        <w:spacing w:after="0"/>
        <w:rPr>
          <w:color w:val="000000"/>
        </w:rPr>
      </w:pPr>
      <w:r>
        <w:rPr>
          <w:color w:val="000000"/>
        </w:rPr>
        <w:t>Thickness: 5/8"</w:t>
      </w:r>
    </w:p>
    <w:p w14:paraId="000000A0" w14:textId="77777777" w:rsidR="009176E9" w:rsidRDefault="00B47E87">
      <w:pPr>
        <w:numPr>
          <w:ilvl w:val="1"/>
          <w:numId w:val="4"/>
        </w:numPr>
        <w:pBdr>
          <w:top w:val="nil"/>
          <w:left w:val="nil"/>
          <w:bottom w:val="nil"/>
          <w:right w:val="nil"/>
          <w:between w:val="nil"/>
        </w:pBdr>
        <w:spacing w:after="0"/>
        <w:rPr>
          <w:color w:val="000000"/>
        </w:rPr>
      </w:pPr>
      <w:r>
        <w:rPr>
          <w:color w:val="000000"/>
        </w:rPr>
        <w:t xml:space="preserve">Weight: 35.2 </w:t>
      </w:r>
      <w:proofErr w:type="spellStart"/>
      <w:r>
        <w:rPr>
          <w:color w:val="000000"/>
        </w:rPr>
        <w:t>lbs</w:t>
      </w:r>
      <w:proofErr w:type="spellEnd"/>
      <w:r>
        <w:rPr>
          <w:color w:val="000000"/>
        </w:rPr>
        <w:t>/panel</w:t>
      </w:r>
    </w:p>
    <w:p w14:paraId="000000A1" w14:textId="77777777" w:rsidR="009176E9" w:rsidRDefault="00B47E87">
      <w:pPr>
        <w:numPr>
          <w:ilvl w:val="1"/>
          <w:numId w:val="4"/>
        </w:numPr>
        <w:pBdr>
          <w:top w:val="nil"/>
          <w:left w:val="nil"/>
          <w:bottom w:val="nil"/>
          <w:right w:val="nil"/>
          <w:between w:val="nil"/>
        </w:pBdr>
        <w:spacing w:after="0"/>
        <w:rPr>
          <w:color w:val="000000"/>
        </w:rPr>
      </w:pPr>
      <w:r>
        <w:rPr>
          <w:color w:val="000000"/>
        </w:rPr>
        <w:t>Coverage: 8.88 sq. ft./panel</w:t>
      </w:r>
    </w:p>
    <w:p w14:paraId="000000A2" w14:textId="77777777" w:rsidR="009176E9" w:rsidRDefault="00B47E87">
      <w:pPr>
        <w:numPr>
          <w:ilvl w:val="1"/>
          <w:numId w:val="4"/>
        </w:numPr>
        <w:pBdr>
          <w:top w:val="nil"/>
          <w:left w:val="nil"/>
          <w:bottom w:val="nil"/>
          <w:right w:val="nil"/>
          <w:between w:val="nil"/>
        </w:pBdr>
        <w:spacing w:after="0"/>
        <w:rPr>
          <w:color w:val="000000"/>
        </w:rPr>
      </w:pPr>
      <w:r>
        <w:rPr>
          <w:color w:val="000000"/>
        </w:rPr>
        <w:t>Application: Interior and exterior</w:t>
      </w:r>
    </w:p>
    <w:p w14:paraId="000000A3" w14:textId="77777777" w:rsidR="009176E9" w:rsidRDefault="00B47E87">
      <w:pPr>
        <w:numPr>
          <w:ilvl w:val="0"/>
          <w:numId w:val="4"/>
        </w:numPr>
        <w:spacing w:after="0"/>
        <w:rPr>
          <w:b/>
          <w:bCs/>
        </w:rPr>
      </w:pPr>
      <w:r>
        <w:rPr>
          <w:b/>
          <w:bCs/>
        </w:rPr>
        <w:t xml:space="preserve">Wood Series: </w:t>
      </w:r>
      <w:proofErr w:type="spellStart"/>
      <w:r>
        <w:rPr>
          <w:b/>
          <w:bCs/>
        </w:rPr>
        <w:t>VintageWood</w:t>
      </w:r>
      <w:proofErr w:type="spellEnd"/>
    </w:p>
    <w:p w14:paraId="000000A4" w14:textId="77777777" w:rsidR="009176E9" w:rsidRDefault="00B47E87">
      <w:pPr>
        <w:numPr>
          <w:ilvl w:val="1"/>
          <w:numId w:val="4"/>
        </w:numPr>
        <w:pBdr>
          <w:top w:val="nil"/>
          <w:left w:val="nil"/>
          <w:bottom w:val="nil"/>
          <w:right w:val="nil"/>
          <w:between w:val="nil"/>
        </w:pBdr>
        <w:spacing w:after="0"/>
        <w:rPr>
          <w:color w:val="000000"/>
        </w:rPr>
      </w:pPr>
      <w:r>
        <w:rPr>
          <w:color w:val="000000"/>
        </w:rPr>
        <w:t>Size Dimensions:</w:t>
      </w:r>
    </w:p>
    <w:p w14:paraId="000000A5" w14:textId="77777777" w:rsidR="009176E9" w:rsidRDefault="00B47E87">
      <w:pPr>
        <w:numPr>
          <w:ilvl w:val="2"/>
          <w:numId w:val="4"/>
        </w:numPr>
        <w:pBdr>
          <w:top w:val="nil"/>
          <w:left w:val="nil"/>
          <w:bottom w:val="nil"/>
          <w:right w:val="nil"/>
          <w:between w:val="nil"/>
        </w:pBdr>
        <w:spacing w:after="0"/>
        <w:rPr>
          <w:color w:val="000000"/>
        </w:rPr>
      </w:pPr>
      <w:r>
        <w:rPr>
          <w:color w:val="000000"/>
        </w:rPr>
        <w:t>AWP 1818 (Horizontal): 17-7/8" H × 71-9/16" L</w:t>
      </w:r>
    </w:p>
    <w:p w14:paraId="000000A6" w14:textId="1C726B08" w:rsidR="009176E9" w:rsidRDefault="00B47E87">
      <w:pPr>
        <w:numPr>
          <w:ilvl w:val="2"/>
          <w:numId w:val="4"/>
        </w:numPr>
        <w:pBdr>
          <w:top w:val="nil"/>
          <w:left w:val="nil"/>
          <w:bottom w:val="nil"/>
          <w:right w:val="nil"/>
          <w:between w:val="nil"/>
        </w:pBdr>
        <w:spacing w:after="0"/>
        <w:rPr>
          <w:color w:val="000000"/>
        </w:rPr>
      </w:pPr>
      <w:r>
        <w:rPr>
          <w:color w:val="000000"/>
        </w:rPr>
        <w:t>AWP 3030 (</w:t>
      </w:r>
      <w:r w:rsidR="008446AC">
        <w:rPr>
          <w:color w:val="000000"/>
        </w:rPr>
        <w:t xml:space="preserve">Horizontal or </w:t>
      </w:r>
      <w:r>
        <w:rPr>
          <w:color w:val="000000"/>
        </w:rPr>
        <w:t>Vertical): 17-7/8" H × 119-5/16" L</w:t>
      </w:r>
    </w:p>
    <w:p w14:paraId="000000A7" w14:textId="77777777" w:rsidR="009176E9" w:rsidRDefault="00B47E87">
      <w:pPr>
        <w:numPr>
          <w:ilvl w:val="1"/>
          <w:numId w:val="4"/>
        </w:numPr>
        <w:pBdr>
          <w:top w:val="nil"/>
          <w:left w:val="nil"/>
          <w:bottom w:val="nil"/>
          <w:right w:val="nil"/>
          <w:between w:val="nil"/>
        </w:pBdr>
        <w:spacing w:after="0"/>
        <w:rPr>
          <w:color w:val="000000"/>
        </w:rPr>
      </w:pPr>
      <w:r>
        <w:rPr>
          <w:color w:val="000000"/>
        </w:rPr>
        <w:t>Colors: Cedar, Bark, Ash, Spruce, Redwood, Blackwood, Poplar (3030 only)</w:t>
      </w:r>
    </w:p>
    <w:p w14:paraId="000000A8" w14:textId="77777777" w:rsidR="009176E9" w:rsidRDefault="00B47E87">
      <w:pPr>
        <w:numPr>
          <w:ilvl w:val="1"/>
          <w:numId w:val="4"/>
        </w:numPr>
        <w:pBdr>
          <w:top w:val="nil"/>
          <w:left w:val="nil"/>
          <w:bottom w:val="nil"/>
          <w:right w:val="nil"/>
          <w:between w:val="nil"/>
        </w:pBdr>
        <w:spacing w:after="0"/>
        <w:rPr>
          <w:color w:val="000000"/>
        </w:rPr>
      </w:pPr>
      <w:r>
        <w:rPr>
          <w:color w:val="000000"/>
        </w:rPr>
        <w:t>Thickness: 5/8"</w:t>
      </w:r>
    </w:p>
    <w:p w14:paraId="000000A9" w14:textId="77777777" w:rsidR="009176E9" w:rsidRDefault="00B47E87">
      <w:pPr>
        <w:numPr>
          <w:ilvl w:val="1"/>
          <w:numId w:val="4"/>
        </w:numPr>
        <w:pBdr>
          <w:top w:val="nil"/>
          <w:left w:val="nil"/>
          <w:bottom w:val="nil"/>
          <w:right w:val="nil"/>
          <w:between w:val="nil"/>
        </w:pBdr>
        <w:spacing w:after="0"/>
        <w:rPr>
          <w:color w:val="000000"/>
        </w:rPr>
      </w:pPr>
      <w:r>
        <w:rPr>
          <w:color w:val="000000"/>
        </w:rPr>
        <w:t>Weight:</w:t>
      </w:r>
    </w:p>
    <w:p w14:paraId="000000AA" w14:textId="77777777" w:rsidR="009176E9" w:rsidRDefault="00B47E87">
      <w:pPr>
        <w:numPr>
          <w:ilvl w:val="2"/>
          <w:numId w:val="4"/>
        </w:numPr>
        <w:pBdr>
          <w:top w:val="nil"/>
          <w:left w:val="nil"/>
          <w:bottom w:val="nil"/>
          <w:right w:val="nil"/>
          <w:between w:val="nil"/>
        </w:pBdr>
        <w:spacing w:after="0"/>
        <w:rPr>
          <w:color w:val="000000"/>
        </w:rPr>
      </w:pPr>
      <w:r>
        <w:rPr>
          <w:color w:val="000000"/>
        </w:rPr>
        <w:t xml:space="preserve">AWP 1818: 34.8 </w:t>
      </w:r>
      <w:proofErr w:type="spellStart"/>
      <w:r>
        <w:rPr>
          <w:color w:val="000000"/>
        </w:rPr>
        <w:t>lbs</w:t>
      </w:r>
      <w:proofErr w:type="spellEnd"/>
      <w:r>
        <w:rPr>
          <w:color w:val="000000"/>
        </w:rPr>
        <w:t>/panel</w:t>
      </w:r>
    </w:p>
    <w:p w14:paraId="000000AB" w14:textId="77777777" w:rsidR="009176E9" w:rsidRDefault="00B47E87">
      <w:pPr>
        <w:numPr>
          <w:ilvl w:val="2"/>
          <w:numId w:val="4"/>
        </w:numPr>
        <w:pBdr>
          <w:top w:val="nil"/>
          <w:left w:val="nil"/>
          <w:bottom w:val="nil"/>
          <w:right w:val="nil"/>
          <w:between w:val="nil"/>
        </w:pBdr>
        <w:spacing w:after="0"/>
        <w:rPr>
          <w:color w:val="000000"/>
        </w:rPr>
      </w:pPr>
      <w:r>
        <w:rPr>
          <w:color w:val="000000"/>
        </w:rPr>
        <w:t xml:space="preserve">AWP 3030: 57.3 </w:t>
      </w:r>
      <w:proofErr w:type="spellStart"/>
      <w:r>
        <w:rPr>
          <w:color w:val="000000"/>
        </w:rPr>
        <w:t>lbs</w:t>
      </w:r>
      <w:proofErr w:type="spellEnd"/>
      <w:r>
        <w:rPr>
          <w:color w:val="000000"/>
        </w:rPr>
        <w:t>/panel</w:t>
      </w:r>
    </w:p>
    <w:p w14:paraId="000000AC" w14:textId="77777777" w:rsidR="009176E9" w:rsidRDefault="00B47E87">
      <w:pPr>
        <w:numPr>
          <w:ilvl w:val="1"/>
          <w:numId w:val="4"/>
        </w:numPr>
        <w:pBdr>
          <w:top w:val="nil"/>
          <w:left w:val="nil"/>
          <w:bottom w:val="nil"/>
          <w:right w:val="nil"/>
          <w:between w:val="nil"/>
        </w:pBdr>
        <w:spacing w:after="0"/>
        <w:rPr>
          <w:color w:val="000000"/>
        </w:rPr>
      </w:pPr>
      <w:r>
        <w:rPr>
          <w:color w:val="000000"/>
        </w:rPr>
        <w:t>Coverage:</w:t>
      </w:r>
    </w:p>
    <w:p w14:paraId="000000AD" w14:textId="77777777" w:rsidR="009176E9" w:rsidRDefault="00B47E87">
      <w:pPr>
        <w:numPr>
          <w:ilvl w:val="2"/>
          <w:numId w:val="4"/>
        </w:numPr>
        <w:pBdr>
          <w:top w:val="nil"/>
          <w:left w:val="nil"/>
          <w:bottom w:val="nil"/>
          <w:right w:val="nil"/>
          <w:between w:val="nil"/>
        </w:pBdr>
        <w:spacing w:after="0"/>
        <w:rPr>
          <w:color w:val="000000"/>
        </w:rPr>
      </w:pPr>
      <w:r>
        <w:rPr>
          <w:color w:val="000000"/>
        </w:rPr>
        <w:t>AWP 1818: 8.88 sq. ft./panel</w:t>
      </w:r>
    </w:p>
    <w:p w14:paraId="000000AE" w14:textId="77777777" w:rsidR="009176E9" w:rsidRDefault="00B47E87">
      <w:pPr>
        <w:numPr>
          <w:ilvl w:val="2"/>
          <w:numId w:val="4"/>
        </w:numPr>
        <w:pBdr>
          <w:top w:val="nil"/>
          <w:left w:val="nil"/>
          <w:bottom w:val="nil"/>
          <w:right w:val="nil"/>
          <w:between w:val="nil"/>
        </w:pBdr>
        <w:spacing w:after="0"/>
        <w:rPr>
          <w:color w:val="000000"/>
        </w:rPr>
      </w:pPr>
      <w:r>
        <w:rPr>
          <w:color w:val="000000"/>
        </w:rPr>
        <w:t>AWP 3030: 14.81 sq. ft./panel</w:t>
      </w:r>
    </w:p>
    <w:p w14:paraId="000000AF" w14:textId="77777777" w:rsidR="009176E9" w:rsidRDefault="00B47E87">
      <w:pPr>
        <w:numPr>
          <w:ilvl w:val="1"/>
          <w:numId w:val="4"/>
        </w:numPr>
        <w:pBdr>
          <w:top w:val="nil"/>
          <w:left w:val="nil"/>
          <w:bottom w:val="nil"/>
          <w:right w:val="nil"/>
          <w:between w:val="nil"/>
        </w:pBdr>
        <w:spacing w:after="0"/>
        <w:rPr>
          <w:color w:val="000000"/>
        </w:rPr>
      </w:pPr>
      <w:r>
        <w:rPr>
          <w:color w:val="000000"/>
        </w:rPr>
        <w:t>Application: Interior and exterior</w:t>
      </w:r>
    </w:p>
    <w:p w14:paraId="000000B0" w14:textId="77777777" w:rsidR="009176E9" w:rsidRDefault="00B47E87">
      <w:pPr>
        <w:numPr>
          <w:ilvl w:val="0"/>
          <w:numId w:val="4"/>
        </w:numPr>
        <w:spacing w:after="0"/>
        <w:rPr>
          <w:b/>
          <w:bCs/>
        </w:rPr>
      </w:pPr>
      <w:r>
        <w:rPr>
          <w:b/>
          <w:bCs/>
        </w:rPr>
        <w:t xml:space="preserve">Wood Series: </w:t>
      </w:r>
      <w:proofErr w:type="spellStart"/>
      <w:r>
        <w:rPr>
          <w:b/>
          <w:bCs/>
        </w:rPr>
        <w:t>RoughSawn</w:t>
      </w:r>
      <w:proofErr w:type="spellEnd"/>
    </w:p>
    <w:p w14:paraId="000000B1" w14:textId="77777777" w:rsidR="009176E9" w:rsidRDefault="00B47E87">
      <w:pPr>
        <w:numPr>
          <w:ilvl w:val="1"/>
          <w:numId w:val="4"/>
        </w:numPr>
        <w:pBdr>
          <w:top w:val="nil"/>
          <w:left w:val="nil"/>
          <w:bottom w:val="nil"/>
          <w:right w:val="nil"/>
          <w:between w:val="nil"/>
        </w:pBdr>
        <w:spacing w:after="0"/>
      </w:pPr>
      <w:r>
        <w:rPr>
          <w:color w:val="000000"/>
        </w:rPr>
        <w:t>Size Dimensions: AWP 3030 (Horizontal or Vertical)</w:t>
      </w:r>
      <w:r>
        <w:t xml:space="preserve">: </w:t>
      </w:r>
      <w:r>
        <w:rPr>
          <w:color w:val="000000"/>
        </w:rPr>
        <w:t>17-7/8" H × 119-5/16" L</w:t>
      </w:r>
    </w:p>
    <w:p w14:paraId="000000B2" w14:textId="77777777" w:rsidR="009176E9" w:rsidRDefault="00B47E87">
      <w:pPr>
        <w:numPr>
          <w:ilvl w:val="1"/>
          <w:numId w:val="4"/>
        </w:numPr>
        <w:pBdr>
          <w:top w:val="nil"/>
          <w:left w:val="nil"/>
          <w:bottom w:val="nil"/>
          <w:right w:val="nil"/>
          <w:between w:val="nil"/>
        </w:pBdr>
        <w:spacing w:after="0"/>
        <w:rPr>
          <w:color w:val="000000"/>
        </w:rPr>
      </w:pPr>
      <w:r>
        <w:rPr>
          <w:color w:val="000000"/>
        </w:rPr>
        <w:t>Colors: Smoke, Tobacco, Espresso</w:t>
      </w:r>
    </w:p>
    <w:p w14:paraId="000000B3" w14:textId="77777777" w:rsidR="009176E9" w:rsidRDefault="00B47E87">
      <w:pPr>
        <w:numPr>
          <w:ilvl w:val="1"/>
          <w:numId w:val="4"/>
        </w:numPr>
        <w:pBdr>
          <w:top w:val="nil"/>
          <w:left w:val="nil"/>
          <w:bottom w:val="nil"/>
          <w:right w:val="nil"/>
          <w:between w:val="nil"/>
        </w:pBdr>
        <w:spacing w:after="0"/>
        <w:rPr>
          <w:color w:val="000000"/>
        </w:rPr>
      </w:pPr>
      <w:r>
        <w:rPr>
          <w:color w:val="000000"/>
        </w:rPr>
        <w:t>Thickness: 5/8"</w:t>
      </w:r>
    </w:p>
    <w:p w14:paraId="000000B4" w14:textId="77777777" w:rsidR="009176E9" w:rsidRDefault="00B47E87">
      <w:pPr>
        <w:numPr>
          <w:ilvl w:val="1"/>
          <w:numId w:val="4"/>
        </w:numPr>
        <w:pBdr>
          <w:top w:val="nil"/>
          <w:left w:val="nil"/>
          <w:bottom w:val="nil"/>
          <w:right w:val="nil"/>
          <w:between w:val="nil"/>
        </w:pBdr>
        <w:spacing w:after="0"/>
        <w:rPr>
          <w:color w:val="000000"/>
        </w:rPr>
      </w:pPr>
      <w:r>
        <w:rPr>
          <w:color w:val="000000"/>
        </w:rPr>
        <w:t xml:space="preserve">Weight: 57.3 </w:t>
      </w:r>
      <w:proofErr w:type="spellStart"/>
      <w:r>
        <w:rPr>
          <w:color w:val="000000"/>
        </w:rPr>
        <w:t>lbs</w:t>
      </w:r>
      <w:proofErr w:type="spellEnd"/>
      <w:r>
        <w:rPr>
          <w:color w:val="000000"/>
        </w:rPr>
        <w:t>/panel</w:t>
      </w:r>
    </w:p>
    <w:p w14:paraId="000000B5" w14:textId="77777777" w:rsidR="009176E9" w:rsidRDefault="00B47E87">
      <w:pPr>
        <w:numPr>
          <w:ilvl w:val="1"/>
          <w:numId w:val="4"/>
        </w:numPr>
        <w:pBdr>
          <w:top w:val="nil"/>
          <w:left w:val="nil"/>
          <w:bottom w:val="nil"/>
          <w:right w:val="nil"/>
          <w:between w:val="nil"/>
        </w:pBdr>
        <w:spacing w:after="0"/>
        <w:rPr>
          <w:color w:val="000000"/>
        </w:rPr>
      </w:pPr>
      <w:r>
        <w:rPr>
          <w:color w:val="000000"/>
        </w:rPr>
        <w:t>Coverage: 14.81 sq. ft./panel</w:t>
      </w:r>
    </w:p>
    <w:p w14:paraId="000000B6" w14:textId="77777777" w:rsidR="009176E9" w:rsidRDefault="00B47E87">
      <w:pPr>
        <w:numPr>
          <w:ilvl w:val="1"/>
          <w:numId w:val="4"/>
        </w:numPr>
        <w:pBdr>
          <w:top w:val="nil"/>
          <w:left w:val="nil"/>
          <w:bottom w:val="nil"/>
          <w:right w:val="nil"/>
          <w:between w:val="nil"/>
        </w:pBdr>
        <w:spacing w:after="0"/>
        <w:rPr>
          <w:color w:val="000000"/>
        </w:rPr>
      </w:pPr>
      <w:r>
        <w:rPr>
          <w:color w:val="000000"/>
        </w:rPr>
        <w:t>Application: Interior and exterior</w:t>
      </w:r>
    </w:p>
    <w:p w14:paraId="000000B7" w14:textId="77777777" w:rsidR="009176E9" w:rsidRDefault="00B47E87">
      <w:pPr>
        <w:numPr>
          <w:ilvl w:val="0"/>
          <w:numId w:val="4"/>
        </w:numPr>
        <w:spacing w:after="0"/>
        <w:rPr>
          <w:b/>
          <w:bCs/>
        </w:rPr>
      </w:pPr>
      <w:r>
        <w:rPr>
          <w:b/>
          <w:bCs/>
        </w:rPr>
        <w:t xml:space="preserve">Wood Series: </w:t>
      </w:r>
      <w:proofErr w:type="spellStart"/>
      <w:r>
        <w:rPr>
          <w:b/>
          <w:bCs/>
        </w:rPr>
        <w:t>RiftSawn</w:t>
      </w:r>
      <w:proofErr w:type="spellEnd"/>
    </w:p>
    <w:p w14:paraId="000000B8" w14:textId="77777777" w:rsidR="009176E9" w:rsidRDefault="00B47E87">
      <w:pPr>
        <w:numPr>
          <w:ilvl w:val="1"/>
          <w:numId w:val="4"/>
        </w:numPr>
        <w:pBdr>
          <w:top w:val="nil"/>
          <w:left w:val="nil"/>
          <w:bottom w:val="nil"/>
          <w:right w:val="nil"/>
          <w:between w:val="nil"/>
        </w:pBdr>
        <w:spacing w:after="0"/>
      </w:pPr>
      <w:r>
        <w:rPr>
          <w:color w:val="000000"/>
        </w:rPr>
        <w:t>Size Dimensions: AWP 1818 (Horizontal only)</w:t>
      </w:r>
      <w:r>
        <w:t xml:space="preserve">: </w:t>
      </w:r>
      <w:r>
        <w:rPr>
          <w:color w:val="000000"/>
        </w:rPr>
        <w:t>17-7/8" H × 71-9/16" L</w:t>
      </w:r>
    </w:p>
    <w:p w14:paraId="000000B9" w14:textId="77777777" w:rsidR="009176E9" w:rsidRDefault="00B47E87">
      <w:pPr>
        <w:numPr>
          <w:ilvl w:val="1"/>
          <w:numId w:val="4"/>
        </w:numPr>
        <w:pBdr>
          <w:top w:val="nil"/>
          <w:left w:val="nil"/>
          <w:bottom w:val="nil"/>
          <w:right w:val="nil"/>
          <w:between w:val="nil"/>
        </w:pBdr>
        <w:spacing w:after="0"/>
        <w:rPr>
          <w:color w:val="000000"/>
        </w:rPr>
      </w:pPr>
      <w:r>
        <w:rPr>
          <w:color w:val="000000"/>
        </w:rPr>
        <w:t>Colors: Chestnut, Pecan</w:t>
      </w:r>
    </w:p>
    <w:p w14:paraId="000000BA" w14:textId="77777777" w:rsidR="009176E9" w:rsidRDefault="00B47E87">
      <w:pPr>
        <w:numPr>
          <w:ilvl w:val="1"/>
          <w:numId w:val="4"/>
        </w:numPr>
        <w:pBdr>
          <w:top w:val="nil"/>
          <w:left w:val="nil"/>
          <w:bottom w:val="nil"/>
          <w:right w:val="nil"/>
          <w:between w:val="nil"/>
        </w:pBdr>
        <w:spacing w:after="0"/>
        <w:rPr>
          <w:color w:val="000000"/>
        </w:rPr>
      </w:pPr>
      <w:r>
        <w:rPr>
          <w:color w:val="000000"/>
        </w:rPr>
        <w:t>Thickness: 3/4"</w:t>
      </w:r>
    </w:p>
    <w:p w14:paraId="000000BB" w14:textId="77777777" w:rsidR="009176E9" w:rsidRDefault="00B47E87">
      <w:pPr>
        <w:numPr>
          <w:ilvl w:val="1"/>
          <w:numId w:val="4"/>
        </w:numPr>
        <w:pBdr>
          <w:top w:val="nil"/>
          <w:left w:val="nil"/>
          <w:bottom w:val="nil"/>
          <w:right w:val="nil"/>
          <w:between w:val="nil"/>
        </w:pBdr>
        <w:spacing w:after="0"/>
        <w:rPr>
          <w:color w:val="000000"/>
        </w:rPr>
      </w:pPr>
      <w:r>
        <w:rPr>
          <w:color w:val="000000"/>
        </w:rPr>
        <w:t xml:space="preserve">Weight: 41.6 </w:t>
      </w:r>
      <w:proofErr w:type="spellStart"/>
      <w:r>
        <w:rPr>
          <w:color w:val="000000"/>
        </w:rPr>
        <w:t>lbs</w:t>
      </w:r>
      <w:proofErr w:type="spellEnd"/>
      <w:r>
        <w:rPr>
          <w:color w:val="000000"/>
        </w:rPr>
        <w:t>/panel</w:t>
      </w:r>
    </w:p>
    <w:p w14:paraId="000000BC" w14:textId="77777777" w:rsidR="009176E9" w:rsidRDefault="00B47E87">
      <w:pPr>
        <w:numPr>
          <w:ilvl w:val="1"/>
          <w:numId w:val="4"/>
        </w:numPr>
        <w:pBdr>
          <w:top w:val="nil"/>
          <w:left w:val="nil"/>
          <w:bottom w:val="nil"/>
          <w:right w:val="nil"/>
          <w:between w:val="nil"/>
        </w:pBdr>
        <w:spacing w:after="0"/>
        <w:rPr>
          <w:color w:val="000000"/>
        </w:rPr>
      </w:pPr>
      <w:r>
        <w:rPr>
          <w:color w:val="000000"/>
        </w:rPr>
        <w:t>Coverage: 8.88 sq. ft./panel</w:t>
      </w:r>
    </w:p>
    <w:p w14:paraId="000000BD" w14:textId="77777777" w:rsidR="009176E9" w:rsidRDefault="00B47E87">
      <w:pPr>
        <w:numPr>
          <w:ilvl w:val="1"/>
          <w:numId w:val="4"/>
        </w:numPr>
        <w:pBdr>
          <w:top w:val="nil"/>
          <w:left w:val="nil"/>
          <w:bottom w:val="nil"/>
          <w:right w:val="nil"/>
          <w:between w:val="nil"/>
        </w:pBdr>
        <w:spacing w:after="0"/>
        <w:rPr>
          <w:color w:val="000000"/>
        </w:rPr>
      </w:pPr>
      <w:r>
        <w:rPr>
          <w:color w:val="000000"/>
        </w:rPr>
        <w:t>Application: Interior and exterior</w:t>
      </w:r>
    </w:p>
    <w:p w14:paraId="000000BE" w14:textId="77777777" w:rsidR="009176E9" w:rsidRDefault="00B47E87">
      <w:pPr>
        <w:numPr>
          <w:ilvl w:val="0"/>
          <w:numId w:val="4"/>
        </w:numPr>
        <w:spacing w:after="0"/>
        <w:rPr>
          <w:b/>
          <w:bCs/>
        </w:rPr>
      </w:pPr>
      <w:r>
        <w:rPr>
          <w:b/>
          <w:bCs/>
        </w:rPr>
        <w:t>Wood Series: Natura</w:t>
      </w:r>
    </w:p>
    <w:p w14:paraId="000000BF" w14:textId="77777777" w:rsidR="009176E9" w:rsidRDefault="00B47E87">
      <w:pPr>
        <w:numPr>
          <w:ilvl w:val="1"/>
          <w:numId w:val="4"/>
        </w:numPr>
        <w:pBdr>
          <w:top w:val="nil"/>
          <w:left w:val="nil"/>
          <w:bottom w:val="nil"/>
          <w:right w:val="nil"/>
          <w:between w:val="nil"/>
        </w:pBdr>
        <w:spacing w:after="0"/>
      </w:pPr>
      <w:r>
        <w:rPr>
          <w:color w:val="000000"/>
        </w:rPr>
        <w:t>Size Dimensions: AWP 1818 (Horizontal only)</w:t>
      </w:r>
      <w:r>
        <w:t xml:space="preserve">: </w:t>
      </w:r>
      <w:r>
        <w:rPr>
          <w:color w:val="000000"/>
        </w:rPr>
        <w:t>17-7/8" H × 71-9/16" L</w:t>
      </w:r>
    </w:p>
    <w:p w14:paraId="000000C0" w14:textId="77777777" w:rsidR="009176E9" w:rsidRDefault="00B47E87">
      <w:pPr>
        <w:numPr>
          <w:ilvl w:val="1"/>
          <w:numId w:val="4"/>
        </w:numPr>
        <w:pBdr>
          <w:top w:val="nil"/>
          <w:left w:val="nil"/>
          <w:bottom w:val="nil"/>
          <w:right w:val="nil"/>
          <w:between w:val="nil"/>
        </w:pBdr>
        <w:spacing w:after="0"/>
        <w:rPr>
          <w:color w:val="000000"/>
        </w:rPr>
      </w:pPr>
      <w:r>
        <w:rPr>
          <w:color w:val="000000"/>
        </w:rPr>
        <w:lastRenderedPageBreak/>
        <w:t>Colors: Rustic White (only)</w:t>
      </w:r>
    </w:p>
    <w:p w14:paraId="000000C1" w14:textId="77777777" w:rsidR="009176E9" w:rsidRDefault="00B47E87">
      <w:pPr>
        <w:numPr>
          <w:ilvl w:val="1"/>
          <w:numId w:val="4"/>
        </w:numPr>
        <w:pBdr>
          <w:top w:val="nil"/>
          <w:left w:val="nil"/>
          <w:bottom w:val="nil"/>
          <w:right w:val="nil"/>
          <w:between w:val="nil"/>
        </w:pBdr>
        <w:spacing w:after="0"/>
        <w:rPr>
          <w:color w:val="000000"/>
        </w:rPr>
      </w:pPr>
      <w:r>
        <w:rPr>
          <w:color w:val="000000"/>
        </w:rPr>
        <w:t>Thickness: 5/8"</w:t>
      </w:r>
    </w:p>
    <w:p w14:paraId="000000C2" w14:textId="77777777" w:rsidR="009176E9" w:rsidRDefault="00B47E87">
      <w:pPr>
        <w:numPr>
          <w:ilvl w:val="1"/>
          <w:numId w:val="4"/>
        </w:numPr>
        <w:pBdr>
          <w:top w:val="nil"/>
          <w:left w:val="nil"/>
          <w:bottom w:val="nil"/>
          <w:right w:val="nil"/>
          <w:between w:val="nil"/>
        </w:pBdr>
        <w:spacing w:after="0"/>
        <w:rPr>
          <w:color w:val="000000"/>
        </w:rPr>
      </w:pPr>
      <w:r>
        <w:rPr>
          <w:color w:val="000000"/>
        </w:rPr>
        <w:t xml:space="preserve">Weight: 40.02 </w:t>
      </w:r>
      <w:proofErr w:type="spellStart"/>
      <w:r>
        <w:rPr>
          <w:color w:val="000000"/>
        </w:rPr>
        <w:t>lbs</w:t>
      </w:r>
      <w:proofErr w:type="spellEnd"/>
      <w:r>
        <w:rPr>
          <w:color w:val="000000"/>
        </w:rPr>
        <w:t>/panel</w:t>
      </w:r>
    </w:p>
    <w:p w14:paraId="000000C3" w14:textId="77777777" w:rsidR="009176E9" w:rsidRDefault="00B47E87">
      <w:pPr>
        <w:numPr>
          <w:ilvl w:val="1"/>
          <w:numId w:val="4"/>
        </w:numPr>
        <w:pBdr>
          <w:top w:val="nil"/>
          <w:left w:val="nil"/>
          <w:bottom w:val="nil"/>
          <w:right w:val="nil"/>
          <w:between w:val="nil"/>
        </w:pBdr>
        <w:spacing w:after="0"/>
        <w:rPr>
          <w:color w:val="000000"/>
        </w:rPr>
      </w:pPr>
      <w:r>
        <w:rPr>
          <w:color w:val="000000"/>
        </w:rPr>
        <w:t>Coverage: 8.88 sq. ft./panel</w:t>
      </w:r>
    </w:p>
    <w:p w14:paraId="000000C4" w14:textId="77777777" w:rsidR="009176E9" w:rsidRDefault="00B47E87">
      <w:pPr>
        <w:numPr>
          <w:ilvl w:val="1"/>
          <w:numId w:val="4"/>
        </w:numPr>
        <w:pBdr>
          <w:top w:val="nil"/>
          <w:left w:val="nil"/>
          <w:bottom w:val="nil"/>
          <w:right w:val="nil"/>
          <w:between w:val="nil"/>
        </w:pBdr>
        <w:spacing w:after="0"/>
        <w:rPr>
          <w:color w:val="000000"/>
        </w:rPr>
      </w:pPr>
      <w:r>
        <w:rPr>
          <w:color w:val="000000"/>
        </w:rPr>
        <w:t>Application: Interior and exterior</w:t>
      </w:r>
    </w:p>
    <w:p w14:paraId="000000C5" w14:textId="77777777" w:rsidR="009176E9" w:rsidRDefault="00B47E87">
      <w:pPr>
        <w:numPr>
          <w:ilvl w:val="0"/>
          <w:numId w:val="4"/>
        </w:numPr>
        <w:spacing w:after="0"/>
        <w:rPr>
          <w:b/>
          <w:bCs/>
        </w:rPr>
      </w:pPr>
      <w:r>
        <w:rPr>
          <w:b/>
          <w:bCs/>
        </w:rPr>
        <w:t xml:space="preserve">Concrete Series: </w:t>
      </w:r>
      <w:proofErr w:type="spellStart"/>
      <w:r>
        <w:rPr>
          <w:b/>
          <w:bCs/>
        </w:rPr>
        <w:t>EmpireBlock</w:t>
      </w:r>
      <w:proofErr w:type="spellEnd"/>
    </w:p>
    <w:p w14:paraId="000000C6" w14:textId="77777777" w:rsidR="009176E9" w:rsidRDefault="00B47E87">
      <w:pPr>
        <w:numPr>
          <w:ilvl w:val="1"/>
          <w:numId w:val="4"/>
        </w:numPr>
        <w:pBdr>
          <w:top w:val="nil"/>
          <w:left w:val="nil"/>
          <w:bottom w:val="nil"/>
          <w:right w:val="nil"/>
          <w:between w:val="nil"/>
        </w:pBdr>
        <w:spacing w:after="0"/>
      </w:pPr>
      <w:r>
        <w:rPr>
          <w:color w:val="000000"/>
        </w:rPr>
        <w:t>Size Dimensions: AWP 3030 (Horizontal or Vertical)</w:t>
      </w:r>
      <w:r>
        <w:t xml:space="preserve">: </w:t>
      </w:r>
      <w:r>
        <w:rPr>
          <w:color w:val="000000"/>
        </w:rPr>
        <w:t>17-7/8" H × 119-5/16" L</w:t>
      </w:r>
    </w:p>
    <w:p w14:paraId="000000C7" w14:textId="77777777" w:rsidR="009176E9" w:rsidRDefault="00B47E87">
      <w:pPr>
        <w:numPr>
          <w:ilvl w:val="1"/>
          <w:numId w:val="4"/>
        </w:numPr>
        <w:pBdr>
          <w:top w:val="nil"/>
          <w:left w:val="nil"/>
          <w:bottom w:val="nil"/>
          <w:right w:val="nil"/>
          <w:between w:val="nil"/>
        </w:pBdr>
        <w:spacing w:after="0"/>
        <w:rPr>
          <w:color w:val="000000"/>
        </w:rPr>
      </w:pPr>
      <w:r>
        <w:rPr>
          <w:color w:val="000000"/>
        </w:rPr>
        <w:t>Colors: Concrete finish with appearance of form tie holes</w:t>
      </w:r>
    </w:p>
    <w:p w14:paraId="000000C8" w14:textId="77777777" w:rsidR="009176E9" w:rsidRDefault="00B47E87">
      <w:pPr>
        <w:numPr>
          <w:ilvl w:val="1"/>
          <w:numId w:val="4"/>
        </w:numPr>
        <w:pBdr>
          <w:top w:val="nil"/>
          <w:left w:val="nil"/>
          <w:bottom w:val="nil"/>
          <w:right w:val="nil"/>
          <w:between w:val="nil"/>
        </w:pBdr>
        <w:spacing w:after="0"/>
        <w:rPr>
          <w:color w:val="000000"/>
        </w:rPr>
      </w:pPr>
      <w:r>
        <w:rPr>
          <w:color w:val="000000"/>
        </w:rPr>
        <w:t>Thickness: 5/8"</w:t>
      </w:r>
    </w:p>
    <w:p w14:paraId="000000C9" w14:textId="77777777" w:rsidR="009176E9" w:rsidRDefault="00B47E87">
      <w:pPr>
        <w:numPr>
          <w:ilvl w:val="1"/>
          <w:numId w:val="4"/>
        </w:numPr>
        <w:pBdr>
          <w:top w:val="nil"/>
          <w:left w:val="nil"/>
          <w:bottom w:val="nil"/>
          <w:right w:val="nil"/>
          <w:between w:val="nil"/>
        </w:pBdr>
        <w:spacing w:after="0"/>
        <w:rPr>
          <w:color w:val="000000"/>
        </w:rPr>
      </w:pPr>
      <w:r>
        <w:rPr>
          <w:color w:val="000000"/>
        </w:rPr>
        <w:t xml:space="preserve">Weight: 57.3 </w:t>
      </w:r>
      <w:proofErr w:type="spellStart"/>
      <w:r>
        <w:rPr>
          <w:color w:val="000000"/>
        </w:rPr>
        <w:t>lbs</w:t>
      </w:r>
      <w:proofErr w:type="spellEnd"/>
      <w:r>
        <w:rPr>
          <w:color w:val="000000"/>
        </w:rPr>
        <w:t>/panel</w:t>
      </w:r>
    </w:p>
    <w:p w14:paraId="000000CA" w14:textId="77777777" w:rsidR="009176E9" w:rsidRDefault="00B47E87">
      <w:pPr>
        <w:numPr>
          <w:ilvl w:val="1"/>
          <w:numId w:val="4"/>
        </w:numPr>
        <w:pBdr>
          <w:top w:val="nil"/>
          <w:left w:val="nil"/>
          <w:bottom w:val="nil"/>
          <w:right w:val="nil"/>
          <w:between w:val="nil"/>
        </w:pBdr>
        <w:spacing w:after="0"/>
        <w:rPr>
          <w:color w:val="000000"/>
        </w:rPr>
      </w:pPr>
      <w:r>
        <w:rPr>
          <w:color w:val="000000"/>
        </w:rPr>
        <w:t>Coverage: 14.81 sq. ft./panel</w:t>
      </w:r>
    </w:p>
    <w:p w14:paraId="000000CB" w14:textId="77777777" w:rsidR="009176E9" w:rsidRDefault="00B47E87">
      <w:pPr>
        <w:numPr>
          <w:ilvl w:val="1"/>
          <w:numId w:val="4"/>
        </w:numPr>
        <w:pBdr>
          <w:top w:val="nil"/>
          <w:left w:val="nil"/>
          <w:bottom w:val="nil"/>
          <w:right w:val="nil"/>
          <w:between w:val="nil"/>
        </w:pBdr>
        <w:spacing w:after="0"/>
        <w:rPr>
          <w:color w:val="000000"/>
        </w:rPr>
      </w:pPr>
      <w:r>
        <w:rPr>
          <w:color w:val="000000"/>
        </w:rPr>
        <w:t>Application: Interior and exterior</w:t>
      </w:r>
    </w:p>
    <w:p w14:paraId="000000CC" w14:textId="77777777" w:rsidR="009176E9" w:rsidRDefault="00B47E87">
      <w:pPr>
        <w:numPr>
          <w:ilvl w:val="0"/>
          <w:numId w:val="4"/>
        </w:numPr>
        <w:spacing w:after="0"/>
        <w:rPr>
          <w:b/>
          <w:bCs/>
        </w:rPr>
      </w:pPr>
      <w:r>
        <w:rPr>
          <w:b/>
          <w:bCs/>
        </w:rPr>
        <w:t xml:space="preserve">Concrete Series: </w:t>
      </w:r>
      <w:proofErr w:type="spellStart"/>
      <w:r>
        <w:rPr>
          <w:b/>
          <w:bCs/>
        </w:rPr>
        <w:t>IndustrialBlock</w:t>
      </w:r>
      <w:proofErr w:type="spellEnd"/>
    </w:p>
    <w:p w14:paraId="000000CD" w14:textId="77777777" w:rsidR="009176E9" w:rsidRDefault="00B47E87">
      <w:pPr>
        <w:numPr>
          <w:ilvl w:val="1"/>
          <w:numId w:val="4"/>
        </w:numPr>
        <w:pBdr>
          <w:top w:val="nil"/>
          <w:left w:val="nil"/>
          <w:bottom w:val="nil"/>
          <w:right w:val="nil"/>
          <w:between w:val="nil"/>
        </w:pBdr>
        <w:spacing w:after="0"/>
      </w:pPr>
      <w:r>
        <w:rPr>
          <w:color w:val="000000"/>
        </w:rPr>
        <w:t>Size Dimensions: AWP 3030 (Horizontal or Vertical)</w:t>
      </w:r>
      <w:r>
        <w:t xml:space="preserve">: </w:t>
      </w:r>
      <w:r>
        <w:rPr>
          <w:color w:val="000000"/>
        </w:rPr>
        <w:t>17-7/8" H × 119-5/16" L</w:t>
      </w:r>
    </w:p>
    <w:p w14:paraId="000000CE" w14:textId="77777777" w:rsidR="009176E9" w:rsidRDefault="00B47E87">
      <w:pPr>
        <w:numPr>
          <w:ilvl w:val="1"/>
          <w:numId w:val="4"/>
        </w:numPr>
        <w:pBdr>
          <w:top w:val="nil"/>
          <w:left w:val="nil"/>
          <w:bottom w:val="nil"/>
          <w:right w:val="nil"/>
          <w:between w:val="nil"/>
        </w:pBdr>
        <w:spacing w:after="0"/>
        <w:rPr>
          <w:color w:val="000000"/>
        </w:rPr>
      </w:pPr>
      <w:r>
        <w:rPr>
          <w:color w:val="000000"/>
        </w:rPr>
        <w:t>Colors: Gray (natural concrete only)</w:t>
      </w:r>
    </w:p>
    <w:p w14:paraId="000000CF" w14:textId="77777777" w:rsidR="009176E9" w:rsidRDefault="00B47E87">
      <w:pPr>
        <w:numPr>
          <w:ilvl w:val="1"/>
          <w:numId w:val="4"/>
        </w:numPr>
        <w:pBdr>
          <w:top w:val="nil"/>
          <w:left w:val="nil"/>
          <w:bottom w:val="nil"/>
          <w:right w:val="nil"/>
          <w:between w:val="nil"/>
        </w:pBdr>
        <w:spacing w:after="0"/>
        <w:rPr>
          <w:color w:val="000000"/>
        </w:rPr>
      </w:pPr>
      <w:r>
        <w:rPr>
          <w:color w:val="000000"/>
        </w:rPr>
        <w:t>Thickness: 5/8"</w:t>
      </w:r>
    </w:p>
    <w:p w14:paraId="000000D0" w14:textId="77777777" w:rsidR="009176E9" w:rsidRDefault="00B47E87">
      <w:pPr>
        <w:numPr>
          <w:ilvl w:val="1"/>
          <w:numId w:val="4"/>
        </w:numPr>
        <w:pBdr>
          <w:top w:val="nil"/>
          <w:left w:val="nil"/>
          <w:bottom w:val="nil"/>
          <w:right w:val="nil"/>
          <w:between w:val="nil"/>
        </w:pBdr>
        <w:spacing w:after="0"/>
        <w:rPr>
          <w:color w:val="000000"/>
        </w:rPr>
      </w:pPr>
      <w:r>
        <w:rPr>
          <w:color w:val="000000"/>
        </w:rPr>
        <w:t xml:space="preserve">Weight: 57.3 </w:t>
      </w:r>
      <w:proofErr w:type="spellStart"/>
      <w:r>
        <w:rPr>
          <w:color w:val="000000"/>
        </w:rPr>
        <w:t>lbs</w:t>
      </w:r>
      <w:proofErr w:type="spellEnd"/>
      <w:r>
        <w:rPr>
          <w:color w:val="000000"/>
        </w:rPr>
        <w:t>/panel</w:t>
      </w:r>
    </w:p>
    <w:p w14:paraId="000000D1" w14:textId="77777777" w:rsidR="009176E9" w:rsidRDefault="00B47E87">
      <w:pPr>
        <w:numPr>
          <w:ilvl w:val="1"/>
          <w:numId w:val="4"/>
        </w:numPr>
        <w:pBdr>
          <w:top w:val="nil"/>
          <w:left w:val="nil"/>
          <w:bottom w:val="nil"/>
          <w:right w:val="nil"/>
          <w:between w:val="nil"/>
        </w:pBdr>
        <w:spacing w:after="0"/>
        <w:rPr>
          <w:color w:val="000000"/>
        </w:rPr>
      </w:pPr>
      <w:r>
        <w:rPr>
          <w:color w:val="000000"/>
        </w:rPr>
        <w:t>Coverage: 14.81 sq. ft./panel</w:t>
      </w:r>
    </w:p>
    <w:p w14:paraId="000000D2" w14:textId="77777777" w:rsidR="009176E9" w:rsidRDefault="00B47E87">
      <w:pPr>
        <w:numPr>
          <w:ilvl w:val="1"/>
          <w:numId w:val="4"/>
        </w:numPr>
        <w:pBdr>
          <w:top w:val="nil"/>
          <w:left w:val="nil"/>
          <w:bottom w:val="nil"/>
          <w:right w:val="nil"/>
          <w:between w:val="nil"/>
        </w:pBdr>
        <w:spacing w:after="0"/>
        <w:rPr>
          <w:color w:val="000000"/>
        </w:rPr>
      </w:pPr>
      <w:r>
        <w:rPr>
          <w:color w:val="000000"/>
        </w:rPr>
        <w:t>Application: Interior and exterior</w:t>
      </w:r>
    </w:p>
    <w:p w14:paraId="000000D3" w14:textId="77777777" w:rsidR="009176E9" w:rsidRDefault="00B47E87">
      <w:pPr>
        <w:numPr>
          <w:ilvl w:val="0"/>
          <w:numId w:val="4"/>
        </w:numPr>
        <w:spacing w:after="0"/>
        <w:rPr>
          <w:b/>
          <w:bCs/>
        </w:rPr>
      </w:pPr>
      <w:r>
        <w:rPr>
          <w:b/>
          <w:bCs/>
        </w:rPr>
        <w:t xml:space="preserve">Concrete Series: </w:t>
      </w:r>
      <w:proofErr w:type="spellStart"/>
      <w:r>
        <w:rPr>
          <w:b/>
          <w:bCs/>
        </w:rPr>
        <w:t>Corbosa</w:t>
      </w:r>
      <w:proofErr w:type="spellEnd"/>
    </w:p>
    <w:p w14:paraId="000000D4" w14:textId="77777777" w:rsidR="009176E9" w:rsidRDefault="00B47E87">
      <w:pPr>
        <w:numPr>
          <w:ilvl w:val="1"/>
          <w:numId w:val="4"/>
        </w:numPr>
        <w:pBdr>
          <w:top w:val="nil"/>
          <w:left w:val="nil"/>
          <w:bottom w:val="nil"/>
          <w:right w:val="nil"/>
          <w:between w:val="nil"/>
        </w:pBdr>
        <w:spacing w:after="0"/>
      </w:pPr>
      <w:r>
        <w:rPr>
          <w:color w:val="000000"/>
        </w:rPr>
        <w:t>Size Dimensions: AWP 1818 (Horizontal only)</w:t>
      </w:r>
      <w:r>
        <w:t xml:space="preserve">: </w:t>
      </w:r>
      <w:r>
        <w:rPr>
          <w:color w:val="000000"/>
        </w:rPr>
        <w:t>17-7/8" H × 71-9/16" L</w:t>
      </w:r>
    </w:p>
    <w:p w14:paraId="000000D5" w14:textId="77777777" w:rsidR="009176E9" w:rsidRDefault="00B47E87">
      <w:pPr>
        <w:numPr>
          <w:ilvl w:val="1"/>
          <w:numId w:val="4"/>
        </w:numPr>
        <w:pBdr>
          <w:top w:val="nil"/>
          <w:left w:val="nil"/>
          <w:bottom w:val="nil"/>
          <w:right w:val="nil"/>
          <w:between w:val="nil"/>
        </w:pBdr>
        <w:spacing w:after="0"/>
        <w:rPr>
          <w:color w:val="000000"/>
        </w:rPr>
      </w:pPr>
      <w:r>
        <w:rPr>
          <w:color w:val="000000"/>
        </w:rPr>
        <w:t>Colors: Moondust, Shadow (mimics wet concrete appearance)</w:t>
      </w:r>
    </w:p>
    <w:p w14:paraId="000000D6" w14:textId="77777777" w:rsidR="009176E9" w:rsidRDefault="00B47E87">
      <w:pPr>
        <w:numPr>
          <w:ilvl w:val="1"/>
          <w:numId w:val="4"/>
        </w:numPr>
        <w:pBdr>
          <w:top w:val="nil"/>
          <w:left w:val="nil"/>
          <w:bottom w:val="nil"/>
          <w:right w:val="nil"/>
          <w:between w:val="nil"/>
        </w:pBdr>
        <w:spacing w:after="0"/>
        <w:rPr>
          <w:color w:val="000000"/>
        </w:rPr>
      </w:pPr>
      <w:r>
        <w:rPr>
          <w:color w:val="000000"/>
        </w:rPr>
        <w:t>Thickness: 5/8"</w:t>
      </w:r>
    </w:p>
    <w:p w14:paraId="000000D7" w14:textId="77777777" w:rsidR="009176E9" w:rsidRDefault="00B47E87">
      <w:pPr>
        <w:numPr>
          <w:ilvl w:val="1"/>
          <w:numId w:val="4"/>
        </w:numPr>
        <w:pBdr>
          <w:top w:val="nil"/>
          <w:left w:val="nil"/>
          <w:bottom w:val="nil"/>
          <w:right w:val="nil"/>
          <w:between w:val="nil"/>
        </w:pBdr>
        <w:spacing w:after="0"/>
        <w:rPr>
          <w:color w:val="000000"/>
        </w:rPr>
      </w:pPr>
      <w:r>
        <w:rPr>
          <w:color w:val="000000"/>
        </w:rPr>
        <w:t xml:space="preserve">Weight: 40 </w:t>
      </w:r>
      <w:proofErr w:type="spellStart"/>
      <w:r>
        <w:rPr>
          <w:color w:val="000000"/>
        </w:rPr>
        <w:t>lbs</w:t>
      </w:r>
      <w:proofErr w:type="spellEnd"/>
      <w:r>
        <w:rPr>
          <w:color w:val="000000"/>
        </w:rPr>
        <w:t>/panel</w:t>
      </w:r>
    </w:p>
    <w:p w14:paraId="000000D8" w14:textId="77777777" w:rsidR="009176E9" w:rsidRDefault="00B47E87">
      <w:pPr>
        <w:numPr>
          <w:ilvl w:val="1"/>
          <w:numId w:val="4"/>
        </w:numPr>
        <w:pBdr>
          <w:top w:val="nil"/>
          <w:left w:val="nil"/>
          <w:bottom w:val="nil"/>
          <w:right w:val="nil"/>
          <w:between w:val="nil"/>
        </w:pBdr>
        <w:spacing w:after="0"/>
        <w:rPr>
          <w:color w:val="000000"/>
        </w:rPr>
      </w:pPr>
      <w:r>
        <w:rPr>
          <w:color w:val="000000"/>
        </w:rPr>
        <w:t>Coverage: 8.88 sq. ft./panel</w:t>
      </w:r>
    </w:p>
    <w:p w14:paraId="000000D9" w14:textId="77777777" w:rsidR="009176E9" w:rsidRDefault="00B47E87">
      <w:pPr>
        <w:numPr>
          <w:ilvl w:val="1"/>
          <w:numId w:val="4"/>
        </w:numPr>
        <w:pBdr>
          <w:top w:val="nil"/>
          <w:left w:val="nil"/>
          <w:bottom w:val="nil"/>
          <w:right w:val="nil"/>
          <w:between w:val="nil"/>
        </w:pBdr>
        <w:spacing w:after="0"/>
        <w:rPr>
          <w:color w:val="000000"/>
        </w:rPr>
      </w:pPr>
      <w:r>
        <w:rPr>
          <w:color w:val="000000"/>
        </w:rPr>
        <w:t>Application: Interior and exterior</w:t>
      </w:r>
    </w:p>
    <w:p w14:paraId="000000DA" w14:textId="77777777" w:rsidR="009176E9" w:rsidRDefault="00B47E87">
      <w:pPr>
        <w:numPr>
          <w:ilvl w:val="0"/>
          <w:numId w:val="4"/>
        </w:numPr>
        <w:spacing w:after="0"/>
        <w:rPr>
          <w:b/>
          <w:bCs/>
        </w:rPr>
      </w:pPr>
      <w:r>
        <w:rPr>
          <w:b/>
          <w:bCs/>
        </w:rPr>
        <w:t xml:space="preserve">Concrete Series: </w:t>
      </w:r>
      <w:proofErr w:type="spellStart"/>
      <w:r>
        <w:rPr>
          <w:b/>
          <w:bCs/>
        </w:rPr>
        <w:t>ConcreteBoard</w:t>
      </w:r>
      <w:proofErr w:type="spellEnd"/>
    </w:p>
    <w:p w14:paraId="000000DB" w14:textId="77777777" w:rsidR="009176E9" w:rsidRDefault="00B47E87">
      <w:pPr>
        <w:numPr>
          <w:ilvl w:val="1"/>
          <w:numId w:val="4"/>
        </w:numPr>
        <w:pBdr>
          <w:top w:val="nil"/>
          <w:left w:val="nil"/>
          <w:bottom w:val="nil"/>
          <w:right w:val="nil"/>
          <w:between w:val="nil"/>
        </w:pBdr>
        <w:spacing w:after="0"/>
      </w:pPr>
      <w:r>
        <w:rPr>
          <w:color w:val="000000"/>
        </w:rPr>
        <w:t>Size Dimensions: AWP 1818 (Horizontal only)</w:t>
      </w:r>
      <w:r>
        <w:t xml:space="preserve">: </w:t>
      </w:r>
      <w:r>
        <w:rPr>
          <w:color w:val="000000"/>
        </w:rPr>
        <w:t>17-7/8" H × 71-9/16" L</w:t>
      </w:r>
    </w:p>
    <w:p w14:paraId="000000DC" w14:textId="77777777" w:rsidR="009176E9" w:rsidRDefault="00B47E87">
      <w:pPr>
        <w:numPr>
          <w:ilvl w:val="1"/>
          <w:numId w:val="4"/>
        </w:numPr>
        <w:pBdr>
          <w:top w:val="nil"/>
          <w:left w:val="nil"/>
          <w:bottom w:val="nil"/>
          <w:right w:val="nil"/>
          <w:between w:val="nil"/>
        </w:pBdr>
        <w:spacing w:after="0"/>
        <w:rPr>
          <w:color w:val="000000"/>
        </w:rPr>
      </w:pPr>
      <w:r>
        <w:rPr>
          <w:color w:val="000000"/>
        </w:rPr>
        <w:t>Colors: Weathered concrete</w:t>
      </w:r>
    </w:p>
    <w:p w14:paraId="000000DD" w14:textId="77777777" w:rsidR="009176E9" w:rsidRDefault="00B47E87">
      <w:pPr>
        <w:numPr>
          <w:ilvl w:val="1"/>
          <w:numId w:val="4"/>
        </w:numPr>
        <w:pBdr>
          <w:top w:val="nil"/>
          <w:left w:val="nil"/>
          <w:bottom w:val="nil"/>
          <w:right w:val="nil"/>
          <w:between w:val="nil"/>
        </w:pBdr>
        <w:spacing w:after="0"/>
        <w:rPr>
          <w:color w:val="000000"/>
        </w:rPr>
      </w:pPr>
      <w:r>
        <w:rPr>
          <w:color w:val="000000"/>
        </w:rPr>
        <w:t>Thickness: 5/8"</w:t>
      </w:r>
    </w:p>
    <w:p w14:paraId="000000DE" w14:textId="77777777" w:rsidR="009176E9" w:rsidRDefault="00B47E87">
      <w:pPr>
        <w:numPr>
          <w:ilvl w:val="1"/>
          <w:numId w:val="4"/>
        </w:numPr>
        <w:pBdr>
          <w:top w:val="nil"/>
          <w:left w:val="nil"/>
          <w:bottom w:val="nil"/>
          <w:right w:val="nil"/>
          <w:between w:val="nil"/>
        </w:pBdr>
        <w:spacing w:after="0"/>
        <w:rPr>
          <w:color w:val="000000"/>
        </w:rPr>
      </w:pPr>
      <w:r>
        <w:rPr>
          <w:color w:val="000000"/>
        </w:rPr>
        <w:t xml:space="preserve">Weight: 40.1 </w:t>
      </w:r>
      <w:proofErr w:type="spellStart"/>
      <w:r>
        <w:rPr>
          <w:color w:val="000000"/>
        </w:rPr>
        <w:t>lbs</w:t>
      </w:r>
      <w:proofErr w:type="spellEnd"/>
      <w:r>
        <w:rPr>
          <w:color w:val="000000"/>
        </w:rPr>
        <w:t>/panel</w:t>
      </w:r>
    </w:p>
    <w:p w14:paraId="000000DF" w14:textId="77777777" w:rsidR="009176E9" w:rsidRDefault="00B47E87">
      <w:pPr>
        <w:numPr>
          <w:ilvl w:val="1"/>
          <w:numId w:val="4"/>
        </w:numPr>
        <w:pBdr>
          <w:top w:val="nil"/>
          <w:left w:val="nil"/>
          <w:bottom w:val="nil"/>
          <w:right w:val="nil"/>
          <w:between w:val="nil"/>
        </w:pBdr>
        <w:spacing w:after="0"/>
        <w:rPr>
          <w:color w:val="000000"/>
        </w:rPr>
      </w:pPr>
      <w:r>
        <w:rPr>
          <w:color w:val="000000"/>
        </w:rPr>
        <w:t>Coverage: 8.88 sq. ft./panel</w:t>
      </w:r>
    </w:p>
    <w:p w14:paraId="000000E0" w14:textId="77777777" w:rsidR="009176E9" w:rsidRDefault="00B47E87">
      <w:pPr>
        <w:numPr>
          <w:ilvl w:val="1"/>
          <w:numId w:val="4"/>
        </w:numPr>
        <w:pBdr>
          <w:top w:val="nil"/>
          <w:left w:val="nil"/>
          <w:bottom w:val="nil"/>
          <w:right w:val="nil"/>
          <w:between w:val="nil"/>
        </w:pBdr>
        <w:spacing w:after="0"/>
        <w:rPr>
          <w:color w:val="000000"/>
        </w:rPr>
      </w:pPr>
      <w:r>
        <w:rPr>
          <w:color w:val="000000"/>
        </w:rPr>
        <w:t>Application: Interior and exterior</w:t>
      </w:r>
    </w:p>
    <w:p w14:paraId="000000E1" w14:textId="77777777" w:rsidR="009176E9" w:rsidRDefault="00B47E87">
      <w:pPr>
        <w:numPr>
          <w:ilvl w:val="0"/>
          <w:numId w:val="4"/>
        </w:numPr>
        <w:spacing w:after="0"/>
        <w:rPr>
          <w:b/>
          <w:bCs/>
        </w:rPr>
      </w:pPr>
      <w:r>
        <w:rPr>
          <w:b/>
          <w:bCs/>
        </w:rPr>
        <w:t xml:space="preserve">Brick Series: </w:t>
      </w:r>
      <w:proofErr w:type="spellStart"/>
      <w:r>
        <w:rPr>
          <w:b/>
          <w:bCs/>
        </w:rPr>
        <w:t>VintageBrick</w:t>
      </w:r>
      <w:proofErr w:type="spellEnd"/>
    </w:p>
    <w:p w14:paraId="000000E2" w14:textId="77777777" w:rsidR="009176E9" w:rsidRDefault="00B47E87">
      <w:pPr>
        <w:numPr>
          <w:ilvl w:val="1"/>
          <w:numId w:val="4"/>
        </w:numPr>
        <w:pBdr>
          <w:top w:val="nil"/>
          <w:left w:val="nil"/>
          <w:bottom w:val="nil"/>
          <w:right w:val="nil"/>
          <w:between w:val="nil"/>
        </w:pBdr>
        <w:spacing w:after="0"/>
      </w:pPr>
      <w:r>
        <w:rPr>
          <w:color w:val="000000"/>
        </w:rPr>
        <w:t>Size Dimensions: AWP 1818 (Horizontal only)</w:t>
      </w:r>
      <w:r>
        <w:t xml:space="preserve">: </w:t>
      </w:r>
      <w:r>
        <w:rPr>
          <w:color w:val="000000"/>
        </w:rPr>
        <w:t>17-7/8" H × 71-9/16" L</w:t>
      </w:r>
    </w:p>
    <w:p w14:paraId="000000E3" w14:textId="77777777" w:rsidR="009176E9" w:rsidRDefault="00B47E87">
      <w:pPr>
        <w:numPr>
          <w:ilvl w:val="1"/>
          <w:numId w:val="4"/>
        </w:numPr>
        <w:pBdr>
          <w:top w:val="nil"/>
          <w:left w:val="nil"/>
          <w:bottom w:val="nil"/>
          <w:right w:val="nil"/>
          <w:between w:val="nil"/>
        </w:pBdr>
        <w:spacing w:after="0"/>
        <w:rPr>
          <w:color w:val="000000"/>
        </w:rPr>
      </w:pPr>
      <w:r>
        <w:rPr>
          <w:color w:val="000000"/>
        </w:rPr>
        <w:t>Colors: Alexandria Buff, White Wash, White Smoke</w:t>
      </w:r>
    </w:p>
    <w:p w14:paraId="000000E4" w14:textId="77777777" w:rsidR="009176E9" w:rsidRDefault="00B47E87">
      <w:pPr>
        <w:numPr>
          <w:ilvl w:val="1"/>
          <w:numId w:val="4"/>
        </w:numPr>
        <w:pBdr>
          <w:top w:val="nil"/>
          <w:left w:val="nil"/>
          <w:bottom w:val="nil"/>
          <w:right w:val="nil"/>
          <w:between w:val="nil"/>
        </w:pBdr>
        <w:spacing w:after="0"/>
        <w:rPr>
          <w:color w:val="000000"/>
        </w:rPr>
      </w:pPr>
      <w:r>
        <w:rPr>
          <w:color w:val="000000"/>
        </w:rPr>
        <w:t>Thickness: 3/4"</w:t>
      </w:r>
    </w:p>
    <w:p w14:paraId="000000E5" w14:textId="77777777" w:rsidR="009176E9" w:rsidRDefault="00B47E87">
      <w:pPr>
        <w:numPr>
          <w:ilvl w:val="1"/>
          <w:numId w:val="4"/>
        </w:numPr>
        <w:pBdr>
          <w:top w:val="nil"/>
          <w:left w:val="nil"/>
          <w:bottom w:val="nil"/>
          <w:right w:val="nil"/>
          <w:between w:val="nil"/>
        </w:pBdr>
        <w:spacing w:after="0"/>
        <w:rPr>
          <w:color w:val="000000"/>
        </w:rPr>
      </w:pPr>
      <w:r>
        <w:rPr>
          <w:color w:val="000000"/>
        </w:rPr>
        <w:t xml:space="preserve">Weight: 39.6 </w:t>
      </w:r>
      <w:proofErr w:type="spellStart"/>
      <w:r>
        <w:rPr>
          <w:color w:val="000000"/>
        </w:rPr>
        <w:t>lbs</w:t>
      </w:r>
      <w:proofErr w:type="spellEnd"/>
      <w:r>
        <w:rPr>
          <w:color w:val="000000"/>
        </w:rPr>
        <w:t>/panel</w:t>
      </w:r>
    </w:p>
    <w:p w14:paraId="000000E6" w14:textId="77777777" w:rsidR="009176E9" w:rsidRDefault="00B47E87">
      <w:pPr>
        <w:numPr>
          <w:ilvl w:val="1"/>
          <w:numId w:val="4"/>
        </w:numPr>
        <w:pBdr>
          <w:top w:val="nil"/>
          <w:left w:val="nil"/>
          <w:bottom w:val="nil"/>
          <w:right w:val="nil"/>
          <w:between w:val="nil"/>
        </w:pBdr>
        <w:spacing w:after="0"/>
        <w:rPr>
          <w:color w:val="000000"/>
        </w:rPr>
      </w:pPr>
      <w:r>
        <w:rPr>
          <w:color w:val="000000"/>
        </w:rPr>
        <w:t>Coverage: 8.88 sq. ft./panel</w:t>
      </w:r>
    </w:p>
    <w:p w14:paraId="000000E7" w14:textId="77777777" w:rsidR="009176E9" w:rsidRDefault="00B47E87">
      <w:pPr>
        <w:numPr>
          <w:ilvl w:val="1"/>
          <w:numId w:val="4"/>
        </w:numPr>
        <w:pBdr>
          <w:top w:val="nil"/>
          <w:left w:val="nil"/>
          <w:bottom w:val="nil"/>
          <w:right w:val="nil"/>
          <w:between w:val="nil"/>
        </w:pBdr>
        <w:spacing w:after="0"/>
        <w:rPr>
          <w:color w:val="000000"/>
        </w:rPr>
      </w:pPr>
      <w:r>
        <w:rPr>
          <w:color w:val="000000"/>
        </w:rPr>
        <w:t>Application: Interior and exterior</w:t>
      </w:r>
    </w:p>
    <w:p w14:paraId="000000E8" w14:textId="77777777" w:rsidR="009176E9" w:rsidRDefault="00B47E87">
      <w:pPr>
        <w:numPr>
          <w:ilvl w:val="0"/>
          <w:numId w:val="4"/>
        </w:numPr>
        <w:spacing w:after="0"/>
        <w:rPr>
          <w:b/>
          <w:bCs/>
        </w:rPr>
      </w:pPr>
      <w:r>
        <w:rPr>
          <w:b/>
          <w:bCs/>
        </w:rPr>
        <w:t xml:space="preserve">Brick Series: </w:t>
      </w:r>
      <w:proofErr w:type="spellStart"/>
      <w:r>
        <w:rPr>
          <w:b/>
          <w:bCs/>
        </w:rPr>
        <w:t>PlymouthBrick</w:t>
      </w:r>
      <w:proofErr w:type="spellEnd"/>
    </w:p>
    <w:p w14:paraId="000000E9" w14:textId="77777777" w:rsidR="009176E9" w:rsidRDefault="00B47E87">
      <w:pPr>
        <w:numPr>
          <w:ilvl w:val="1"/>
          <w:numId w:val="4"/>
        </w:numPr>
        <w:pBdr>
          <w:top w:val="nil"/>
          <w:left w:val="nil"/>
          <w:bottom w:val="nil"/>
          <w:right w:val="nil"/>
          <w:between w:val="nil"/>
        </w:pBdr>
        <w:spacing w:after="0"/>
      </w:pPr>
      <w:r>
        <w:rPr>
          <w:color w:val="000000"/>
        </w:rPr>
        <w:t>Size Dimensions: AWP 1818 (Horizontal only)</w:t>
      </w:r>
      <w:r>
        <w:t xml:space="preserve">: </w:t>
      </w:r>
      <w:r>
        <w:rPr>
          <w:color w:val="000000"/>
        </w:rPr>
        <w:t>17-7/8" H × 71-9/16" L</w:t>
      </w:r>
    </w:p>
    <w:p w14:paraId="000000EA" w14:textId="77777777" w:rsidR="009176E9" w:rsidRDefault="00B47E87">
      <w:pPr>
        <w:numPr>
          <w:ilvl w:val="1"/>
          <w:numId w:val="4"/>
        </w:numPr>
        <w:pBdr>
          <w:top w:val="nil"/>
          <w:left w:val="nil"/>
          <w:bottom w:val="nil"/>
          <w:right w:val="nil"/>
          <w:between w:val="nil"/>
        </w:pBdr>
        <w:spacing w:after="0"/>
        <w:rPr>
          <w:color w:val="000000"/>
        </w:rPr>
      </w:pPr>
      <w:r>
        <w:rPr>
          <w:color w:val="000000"/>
        </w:rPr>
        <w:lastRenderedPageBreak/>
        <w:t>Colors: Crimson (natural brick)</w:t>
      </w:r>
    </w:p>
    <w:p w14:paraId="000000EB" w14:textId="77777777" w:rsidR="009176E9" w:rsidRDefault="00B47E87">
      <w:pPr>
        <w:numPr>
          <w:ilvl w:val="1"/>
          <w:numId w:val="4"/>
        </w:numPr>
        <w:pBdr>
          <w:top w:val="nil"/>
          <w:left w:val="nil"/>
          <w:bottom w:val="nil"/>
          <w:right w:val="nil"/>
          <w:between w:val="nil"/>
        </w:pBdr>
        <w:spacing w:after="0"/>
        <w:rPr>
          <w:color w:val="000000"/>
        </w:rPr>
      </w:pPr>
      <w:r>
        <w:rPr>
          <w:color w:val="000000"/>
        </w:rPr>
        <w:t>Thickness: 5/8"</w:t>
      </w:r>
    </w:p>
    <w:p w14:paraId="000000EC" w14:textId="77777777" w:rsidR="009176E9" w:rsidRDefault="00B47E87">
      <w:pPr>
        <w:numPr>
          <w:ilvl w:val="1"/>
          <w:numId w:val="4"/>
        </w:numPr>
        <w:pBdr>
          <w:top w:val="nil"/>
          <w:left w:val="nil"/>
          <w:bottom w:val="nil"/>
          <w:right w:val="nil"/>
          <w:between w:val="nil"/>
        </w:pBdr>
        <w:spacing w:after="0"/>
        <w:rPr>
          <w:color w:val="000000"/>
        </w:rPr>
      </w:pPr>
      <w:r>
        <w:rPr>
          <w:color w:val="000000"/>
        </w:rPr>
        <w:t xml:space="preserve">Weight: 35.2 </w:t>
      </w:r>
      <w:proofErr w:type="spellStart"/>
      <w:r>
        <w:rPr>
          <w:color w:val="000000"/>
        </w:rPr>
        <w:t>lbs</w:t>
      </w:r>
      <w:proofErr w:type="spellEnd"/>
      <w:r>
        <w:rPr>
          <w:color w:val="000000"/>
        </w:rPr>
        <w:t>/panel</w:t>
      </w:r>
    </w:p>
    <w:p w14:paraId="000000ED" w14:textId="77777777" w:rsidR="009176E9" w:rsidRDefault="00B47E87">
      <w:pPr>
        <w:numPr>
          <w:ilvl w:val="1"/>
          <w:numId w:val="4"/>
        </w:numPr>
        <w:pBdr>
          <w:top w:val="nil"/>
          <w:left w:val="nil"/>
          <w:bottom w:val="nil"/>
          <w:right w:val="nil"/>
          <w:between w:val="nil"/>
        </w:pBdr>
        <w:spacing w:after="0"/>
        <w:rPr>
          <w:color w:val="000000"/>
        </w:rPr>
      </w:pPr>
      <w:r>
        <w:rPr>
          <w:color w:val="000000"/>
        </w:rPr>
        <w:t>Coverage: 8.88 sq. ft./panel</w:t>
      </w:r>
    </w:p>
    <w:p w14:paraId="000000EE" w14:textId="77777777" w:rsidR="009176E9" w:rsidRDefault="00B47E87">
      <w:pPr>
        <w:numPr>
          <w:ilvl w:val="1"/>
          <w:numId w:val="4"/>
        </w:numPr>
        <w:pBdr>
          <w:top w:val="nil"/>
          <w:left w:val="nil"/>
          <w:bottom w:val="nil"/>
          <w:right w:val="nil"/>
          <w:between w:val="nil"/>
        </w:pBdr>
        <w:spacing w:after="0"/>
        <w:rPr>
          <w:color w:val="000000"/>
        </w:rPr>
      </w:pPr>
      <w:r>
        <w:rPr>
          <w:color w:val="000000"/>
        </w:rPr>
        <w:t>Application: Interior and exterior</w:t>
      </w:r>
    </w:p>
    <w:p w14:paraId="000000EF" w14:textId="77777777" w:rsidR="009176E9" w:rsidRDefault="00B47E87">
      <w:pPr>
        <w:numPr>
          <w:ilvl w:val="0"/>
          <w:numId w:val="4"/>
        </w:numPr>
        <w:spacing w:after="0"/>
        <w:rPr>
          <w:b/>
          <w:bCs/>
        </w:rPr>
      </w:pPr>
      <w:r>
        <w:rPr>
          <w:b/>
          <w:bCs/>
        </w:rPr>
        <w:t xml:space="preserve">Brick Series: </w:t>
      </w:r>
      <w:proofErr w:type="spellStart"/>
      <w:r>
        <w:rPr>
          <w:b/>
          <w:bCs/>
        </w:rPr>
        <w:t>CanyonBrick</w:t>
      </w:r>
      <w:proofErr w:type="spellEnd"/>
    </w:p>
    <w:p w14:paraId="000000F0" w14:textId="77777777" w:rsidR="009176E9" w:rsidRDefault="00B47E87">
      <w:pPr>
        <w:numPr>
          <w:ilvl w:val="1"/>
          <w:numId w:val="4"/>
        </w:numPr>
        <w:pBdr>
          <w:top w:val="nil"/>
          <w:left w:val="nil"/>
          <w:bottom w:val="nil"/>
          <w:right w:val="nil"/>
          <w:between w:val="nil"/>
        </w:pBdr>
        <w:spacing w:after="0"/>
      </w:pPr>
      <w:r>
        <w:rPr>
          <w:color w:val="000000"/>
        </w:rPr>
        <w:t>Size Dimensions: AWP 1818 (Horizontal only)</w:t>
      </w:r>
      <w:r>
        <w:t xml:space="preserve">: </w:t>
      </w:r>
      <w:r>
        <w:rPr>
          <w:color w:val="000000"/>
        </w:rPr>
        <w:t>17-7/8" H × 71-9/16" L</w:t>
      </w:r>
    </w:p>
    <w:p w14:paraId="000000F1" w14:textId="77777777" w:rsidR="009176E9" w:rsidRDefault="00B47E87">
      <w:pPr>
        <w:numPr>
          <w:ilvl w:val="1"/>
          <w:numId w:val="4"/>
        </w:numPr>
        <w:pBdr>
          <w:top w:val="nil"/>
          <w:left w:val="nil"/>
          <w:bottom w:val="nil"/>
          <w:right w:val="nil"/>
          <w:between w:val="nil"/>
        </w:pBdr>
        <w:spacing w:after="0"/>
        <w:rPr>
          <w:color w:val="000000"/>
        </w:rPr>
      </w:pPr>
      <w:r>
        <w:rPr>
          <w:color w:val="000000"/>
        </w:rPr>
        <w:t>Colors: Shale Brown (earthy tone brick)</w:t>
      </w:r>
    </w:p>
    <w:p w14:paraId="000000F2" w14:textId="77777777" w:rsidR="009176E9" w:rsidRDefault="00B47E87">
      <w:pPr>
        <w:numPr>
          <w:ilvl w:val="1"/>
          <w:numId w:val="4"/>
        </w:numPr>
        <w:pBdr>
          <w:top w:val="nil"/>
          <w:left w:val="nil"/>
          <w:bottom w:val="nil"/>
          <w:right w:val="nil"/>
          <w:between w:val="nil"/>
        </w:pBdr>
        <w:spacing w:after="0"/>
        <w:rPr>
          <w:color w:val="000000"/>
        </w:rPr>
      </w:pPr>
      <w:r>
        <w:rPr>
          <w:color w:val="000000"/>
        </w:rPr>
        <w:t>Thickness: 5/8"</w:t>
      </w:r>
    </w:p>
    <w:p w14:paraId="000000F3" w14:textId="77777777" w:rsidR="009176E9" w:rsidRDefault="00B47E87">
      <w:pPr>
        <w:numPr>
          <w:ilvl w:val="1"/>
          <w:numId w:val="4"/>
        </w:numPr>
        <w:pBdr>
          <w:top w:val="nil"/>
          <w:left w:val="nil"/>
          <w:bottom w:val="nil"/>
          <w:right w:val="nil"/>
          <w:between w:val="nil"/>
        </w:pBdr>
        <w:spacing w:after="0"/>
        <w:rPr>
          <w:color w:val="000000"/>
        </w:rPr>
      </w:pPr>
      <w:r>
        <w:rPr>
          <w:color w:val="000000"/>
        </w:rPr>
        <w:t xml:space="preserve">Weight: 35.2 </w:t>
      </w:r>
      <w:proofErr w:type="spellStart"/>
      <w:r>
        <w:rPr>
          <w:color w:val="000000"/>
        </w:rPr>
        <w:t>lbs</w:t>
      </w:r>
      <w:proofErr w:type="spellEnd"/>
      <w:r>
        <w:rPr>
          <w:color w:val="000000"/>
        </w:rPr>
        <w:t>/panel</w:t>
      </w:r>
    </w:p>
    <w:p w14:paraId="000000F4" w14:textId="77777777" w:rsidR="009176E9" w:rsidRDefault="00B47E87">
      <w:pPr>
        <w:numPr>
          <w:ilvl w:val="1"/>
          <w:numId w:val="4"/>
        </w:numPr>
        <w:pBdr>
          <w:top w:val="nil"/>
          <w:left w:val="nil"/>
          <w:bottom w:val="nil"/>
          <w:right w:val="nil"/>
          <w:between w:val="nil"/>
        </w:pBdr>
        <w:spacing w:after="0"/>
        <w:rPr>
          <w:color w:val="000000"/>
        </w:rPr>
      </w:pPr>
      <w:r>
        <w:rPr>
          <w:color w:val="000000"/>
        </w:rPr>
        <w:t>Coverage: 8.88 sq. ft./panel</w:t>
      </w:r>
    </w:p>
    <w:p w14:paraId="000000F5" w14:textId="77777777" w:rsidR="009176E9" w:rsidRDefault="00B47E87">
      <w:pPr>
        <w:numPr>
          <w:ilvl w:val="1"/>
          <w:numId w:val="4"/>
        </w:numPr>
        <w:pBdr>
          <w:top w:val="nil"/>
          <w:left w:val="nil"/>
          <w:bottom w:val="nil"/>
          <w:right w:val="nil"/>
          <w:between w:val="nil"/>
        </w:pBdr>
        <w:spacing w:after="0"/>
        <w:rPr>
          <w:color w:val="000000"/>
        </w:rPr>
      </w:pPr>
      <w:r>
        <w:rPr>
          <w:color w:val="000000"/>
        </w:rPr>
        <w:t>Application: Interior and exterior</w:t>
      </w:r>
    </w:p>
    <w:p w14:paraId="000000F6" w14:textId="77777777" w:rsidR="009176E9" w:rsidRDefault="00B47E87">
      <w:pPr>
        <w:numPr>
          <w:ilvl w:val="0"/>
          <w:numId w:val="4"/>
        </w:numPr>
        <w:spacing w:after="0"/>
        <w:rPr>
          <w:b/>
          <w:bCs/>
        </w:rPr>
      </w:pPr>
      <w:r>
        <w:rPr>
          <w:b/>
          <w:bCs/>
        </w:rPr>
        <w:t xml:space="preserve">Brick Series: </w:t>
      </w:r>
      <w:proofErr w:type="spellStart"/>
      <w:r>
        <w:rPr>
          <w:b/>
          <w:bCs/>
        </w:rPr>
        <w:t>ModernBrick</w:t>
      </w:r>
      <w:proofErr w:type="spellEnd"/>
    </w:p>
    <w:p w14:paraId="000000F7" w14:textId="77777777" w:rsidR="009176E9" w:rsidRDefault="00B47E87">
      <w:pPr>
        <w:numPr>
          <w:ilvl w:val="1"/>
          <w:numId w:val="4"/>
        </w:numPr>
        <w:pBdr>
          <w:top w:val="nil"/>
          <w:left w:val="nil"/>
          <w:bottom w:val="nil"/>
          <w:right w:val="nil"/>
          <w:between w:val="nil"/>
        </w:pBdr>
        <w:spacing w:after="0"/>
      </w:pPr>
      <w:r>
        <w:rPr>
          <w:color w:val="000000"/>
        </w:rPr>
        <w:t>Size Dimensions: AWP 1818 (Horizontal only)</w:t>
      </w:r>
      <w:r>
        <w:t xml:space="preserve">: </w:t>
      </w:r>
      <w:r>
        <w:rPr>
          <w:color w:val="000000"/>
        </w:rPr>
        <w:t>17-7/8" H × 71-9/16" L</w:t>
      </w:r>
    </w:p>
    <w:p w14:paraId="000000F8" w14:textId="77777777" w:rsidR="009176E9" w:rsidRDefault="00B47E87">
      <w:pPr>
        <w:numPr>
          <w:ilvl w:val="1"/>
          <w:numId w:val="4"/>
        </w:numPr>
        <w:pBdr>
          <w:top w:val="nil"/>
          <w:left w:val="nil"/>
          <w:bottom w:val="nil"/>
          <w:right w:val="nil"/>
          <w:between w:val="nil"/>
        </w:pBdr>
        <w:spacing w:after="0"/>
        <w:rPr>
          <w:color w:val="000000"/>
        </w:rPr>
      </w:pPr>
      <w:r>
        <w:rPr>
          <w:color w:val="000000"/>
        </w:rPr>
        <w:t>Colors: Midnight (painted brick)</w:t>
      </w:r>
    </w:p>
    <w:p w14:paraId="000000F9" w14:textId="77777777" w:rsidR="009176E9" w:rsidRDefault="00B47E87">
      <w:pPr>
        <w:numPr>
          <w:ilvl w:val="1"/>
          <w:numId w:val="4"/>
        </w:numPr>
        <w:pBdr>
          <w:top w:val="nil"/>
          <w:left w:val="nil"/>
          <w:bottom w:val="nil"/>
          <w:right w:val="nil"/>
          <w:between w:val="nil"/>
        </w:pBdr>
        <w:spacing w:after="0"/>
        <w:rPr>
          <w:color w:val="000000"/>
        </w:rPr>
      </w:pPr>
      <w:r>
        <w:rPr>
          <w:color w:val="000000"/>
        </w:rPr>
        <w:t>Thickness: 5/8"</w:t>
      </w:r>
    </w:p>
    <w:p w14:paraId="000000FA" w14:textId="77777777" w:rsidR="009176E9" w:rsidRDefault="00B47E87">
      <w:pPr>
        <w:numPr>
          <w:ilvl w:val="1"/>
          <w:numId w:val="4"/>
        </w:numPr>
        <w:pBdr>
          <w:top w:val="nil"/>
          <w:left w:val="nil"/>
          <w:bottom w:val="nil"/>
          <w:right w:val="nil"/>
          <w:between w:val="nil"/>
        </w:pBdr>
        <w:spacing w:after="0"/>
        <w:rPr>
          <w:color w:val="000000"/>
        </w:rPr>
      </w:pPr>
      <w:r>
        <w:rPr>
          <w:color w:val="000000"/>
        </w:rPr>
        <w:t xml:space="preserve">Weight: 36.6 </w:t>
      </w:r>
      <w:proofErr w:type="spellStart"/>
      <w:r>
        <w:rPr>
          <w:color w:val="000000"/>
        </w:rPr>
        <w:t>lbs</w:t>
      </w:r>
      <w:proofErr w:type="spellEnd"/>
      <w:r>
        <w:rPr>
          <w:color w:val="000000"/>
        </w:rPr>
        <w:t>/panel</w:t>
      </w:r>
    </w:p>
    <w:p w14:paraId="000000FB" w14:textId="77777777" w:rsidR="009176E9" w:rsidRDefault="00B47E87">
      <w:pPr>
        <w:numPr>
          <w:ilvl w:val="1"/>
          <w:numId w:val="4"/>
        </w:numPr>
        <w:pBdr>
          <w:top w:val="nil"/>
          <w:left w:val="nil"/>
          <w:bottom w:val="nil"/>
          <w:right w:val="nil"/>
          <w:between w:val="nil"/>
        </w:pBdr>
        <w:spacing w:after="0"/>
        <w:rPr>
          <w:color w:val="000000"/>
        </w:rPr>
      </w:pPr>
      <w:r>
        <w:rPr>
          <w:color w:val="000000"/>
        </w:rPr>
        <w:t>Coverage: 8.88 sq. ft./panel</w:t>
      </w:r>
    </w:p>
    <w:p w14:paraId="000000FC" w14:textId="77777777" w:rsidR="009176E9" w:rsidRDefault="00B47E87">
      <w:pPr>
        <w:numPr>
          <w:ilvl w:val="1"/>
          <w:numId w:val="4"/>
        </w:numPr>
        <w:pBdr>
          <w:top w:val="nil"/>
          <w:left w:val="nil"/>
          <w:bottom w:val="nil"/>
          <w:right w:val="nil"/>
          <w:between w:val="nil"/>
        </w:pBdr>
        <w:spacing w:after="0"/>
        <w:rPr>
          <w:color w:val="000000"/>
        </w:rPr>
      </w:pPr>
      <w:r>
        <w:rPr>
          <w:color w:val="000000"/>
        </w:rPr>
        <w:t>Application: Interior and exterior</w:t>
      </w:r>
    </w:p>
    <w:p w14:paraId="000000FD" w14:textId="77777777" w:rsidR="009176E9" w:rsidRDefault="00B47E87">
      <w:pPr>
        <w:numPr>
          <w:ilvl w:val="0"/>
          <w:numId w:val="4"/>
        </w:numPr>
        <w:spacing w:after="0"/>
        <w:rPr>
          <w:b/>
          <w:bCs/>
        </w:rPr>
      </w:pPr>
      <w:r>
        <w:rPr>
          <w:b/>
          <w:bCs/>
        </w:rPr>
        <w:t>Masonry Series: Sandstone</w:t>
      </w:r>
    </w:p>
    <w:p w14:paraId="000000FE" w14:textId="77777777" w:rsidR="009176E9" w:rsidRDefault="00B47E87">
      <w:pPr>
        <w:numPr>
          <w:ilvl w:val="1"/>
          <w:numId w:val="4"/>
        </w:numPr>
        <w:pBdr>
          <w:top w:val="nil"/>
          <w:left w:val="nil"/>
          <w:bottom w:val="nil"/>
          <w:right w:val="nil"/>
          <w:between w:val="nil"/>
        </w:pBdr>
        <w:spacing w:after="0"/>
      </w:pPr>
      <w:r>
        <w:rPr>
          <w:color w:val="000000"/>
        </w:rPr>
        <w:t>Size Dimensions: AWP 1818 (Horizontal only)</w:t>
      </w:r>
      <w:r>
        <w:t xml:space="preserve">: </w:t>
      </w:r>
      <w:r>
        <w:rPr>
          <w:color w:val="000000"/>
        </w:rPr>
        <w:t>17-7/8" H × 71-9/16" L</w:t>
      </w:r>
    </w:p>
    <w:p w14:paraId="000000FF" w14:textId="77777777" w:rsidR="009176E9" w:rsidRDefault="00B47E87">
      <w:pPr>
        <w:numPr>
          <w:ilvl w:val="1"/>
          <w:numId w:val="4"/>
        </w:numPr>
        <w:pBdr>
          <w:top w:val="nil"/>
          <w:left w:val="nil"/>
          <w:bottom w:val="nil"/>
          <w:right w:val="nil"/>
          <w:between w:val="nil"/>
        </w:pBdr>
        <w:spacing w:after="0"/>
        <w:rPr>
          <w:color w:val="000000"/>
        </w:rPr>
      </w:pPr>
      <w:r>
        <w:rPr>
          <w:color w:val="000000"/>
        </w:rPr>
        <w:t>Colors: Autumn Brown, Desert Beige, Gentle Gray</w:t>
      </w:r>
    </w:p>
    <w:p w14:paraId="00000100" w14:textId="77777777" w:rsidR="009176E9" w:rsidRDefault="00B47E87">
      <w:pPr>
        <w:numPr>
          <w:ilvl w:val="1"/>
          <w:numId w:val="4"/>
        </w:numPr>
        <w:pBdr>
          <w:top w:val="nil"/>
          <w:left w:val="nil"/>
          <w:bottom w:val="nil"/>
          <w:right w:val="nil"/>
          <w:between w:val="nil"/>
        </w:pBdr>
        <w:spacing w:after="0"/>
        <w:rPr>
          <w:color w:val="000000"/>
        </w:rPr>
      </w:pPr>
      <w:r>
        <w:rPr>
          <w:color w:val="000000"/>
        </w:rPr>
        <w:t>Thickness: 3/4"</w:t>
      </w:r>
    </w:p>
    <w:p w14:paraId="00000101" w14:textId="77777777" w:rsidR="009176E9" w:rsidRDefault="00B47E87">
      <w:pPr>
        <w:numPr>
          <w:ilvl w:val="1"/>
          <w:numId w:val="4"/>
        </w:numPr>
        <w:pBdr>
          <w:top w:val="nil"/>
          <w:left w:val="nil"/>
          <w:bottom w:val="nil"/>
          <w:right w:val="nil"/>
          <w:between w:val="nil"/>
        </w:pBdr>
        <w:spacing w:after="0"/>
        <w:rPr>
          <w:color w:val="000000"/>
        </w:rPr>
      </w:pPr>
      <w:r>
        <w:rPr>
          <w:color w:val="000000"/>
        </w:rPr>
        <w:t xml:space="preserve">Weight: 39.68 </w:t>
      </w:r>
      <w:proofErr w:type="spellStart"/>
      <w:r>
        <w:rPr>
          <w:color w:val="000000"/>
        </w:rPr>
        <w:t>lbs</w:t>
      </w:r>
      <w:proofErr w:type="spellEnd"/>
      <w:r>
        <w:rPr>
          <w:color w:val="000000"/>
        </w:rPr>
        <w:t>/panel</w:t>
      </w:r>
    </w:p>
    <w:p w14:paraId="00000102" w14:textId="77777777" w:rsidR="009176E9" w:rsidRDefault="00B47E87">
      <w:pPr>
        <w:numPr>
          <w:ilvl w:val="1"/>
          <w:numId w:val="4"/>
        </w:numPr>
        <w:pBdr>
          <w:top w:val="nil"/>
          <w:left w:val="nil"/>
          <w:bottom w:val="nil"/>
          <w:right w:val="nil"/>
          <w:between w:val="nil"/>
        </w:pBdr>
        <w:spacing w:after="0"/>
        <w:rPr>
          <w:color w:val="000000"/>
        </w:rPr>
      </w:pPr>
      <w:r>
        <w:rPr>
          <w:color w:val="000000"/>
        </w:rPr>
        <w:t>Coverage: 8.88 sq. ft./panel</w:t>
      </w:r>
    </w:p>
    <w:p w14:paraId="00000103" w14:textId="77777777" w:rsidR="009176E9" w:rsidRDefault="00B47E87">
      <w:pPr>
        <w:numPr>
          <w:ilvl w:val="1"/>
          <w:numId w:val="4"/>
        </w:numPr>
        <w:pBdr>
          <w:top w:val="nil"/>
          <w:left w:val="nil"/>
          <w:bottom w:val="nil"/>
          <w:right w:val="nil"/>
          <w:between w:val="nil"/>
        </w:pBdr>
        <w:spacing w:after="40"/>
        <w:rPr>
          <w:color w:val="000000"/>
        </w:rPr>
      </w:pPr>
      <w:r>
        <w:rPr>
          <w:color w:val="000000"/>
        </w:rPr>
        <w:t>Application: Interior and exterior</w:t>
      </w:r>
    </w:p>
    <w:p w14:paraId="00000104" w14:textId="77777777" w:rsidR="009176E9" w:rsidRDefault="00B47E87">
      <w:pPr>
        <w:pStyle w:val="Heading2"/>
        <w:spacing w:after="80"/>
      </w:pPr>
      <w:r>
        <w:rPr>
          <w:sz w:val="24"/>
          <w:szCs w:val="24"/>
        </w:rPr>
        <w:t>2.4 MATERIALS</w:t>
      </w:r>
    </w:p>
    <w:p w14:paraId="00000105" w14:textId="77777777" w:rsidR="009176E9" w:rsidRDefault="00B47E87">
      <w:pPr>
        <w:numPr>
          <w:ilvl w:val="0"/>
          <w:numId w:val="1"/>
        </w:numPr>
        <w:pBdr>
          <w:top w:val="nil"/>
          <w:left w:val="nil"/>
          <w:bottom w:val="nil"/>
          <w:right w:val="nil"/>
          <w:between w:val="nil"/>
        </w:pBdr>
        <w:spacing w:after="0"/>
        <w:rPr>
          <w:color w:val="000000"/>
        </w:rPr>
      </w:pPr>
      <w:r>
        <w:rPr>
          <w:color w:val="000000"/>
        </w:rPr>
        <w:t>Nichiha Architectural Wall Panels are manufactured from a proprietary dry-process pressed, stamped, and autoclaved mix of Portland cement, silica, recycled rejects, and wood fiber bundles</w:t>
      </w:r>
    </w:p>
    <w:p w14:paraId="00000106" w14:textId="77777777" w:rsidR="009176E9" w:rsidRDefault="00B47E87">
      <w:pPr>
        <w:numPr>
          <w:ilvl w:val="0"/>
          <w:numId w:val="1"/>
        </w:numPr>
        <w:pBdr>
          <w:top w:val="nil"/>
          <w:left w:val="nil"/>
          <w:bottom w:val="nil"/>
          <w:right w:val="nil"/>
          <w:between w:val="nil"/>
        </w:pBdr>
        <w:spacing w:after="0"/>
        <w:rPr>
          <w:color w:val="000000"/>
        </w:rPr>
      </w:pPr>
      <w:r>
        <w:rPr>
          <w:color w:val="000000"/>
        </w:rPr>
        <w:t>Panel surfaces are pre-finished with machine-applied finish</w:t>
      </w:r>
    </w:p>
    <w:p w14:paraId="00000107" w14:textId="77777777" w:rsidR="009176E9" w:rsidRDefault="00B47E87">
      <w:pPr>
        <w:numPr>
          <w:ilvl w:val="0"/>
          <w:numId w:val="1"/>
        </w:numPr>
        <w:pBdr>
          <w:top w:val="nil"/>
          <w:left w:val="nil"/>
          <w:bottom w:val="nil"/>
          <w:right w:val="nil"/>
          <w:between w:val="nil"/>
        </w:pBdr>
        <w:spacing w:after="0"/>
        <w:rPr>
          <w:color w:val="000000"/>
        </w:rPr>
      </w:pPr>
      <w:r>
        <w:rPr>
          <w:color w:val="000000"/>
        </w:rPr>
        <w:t>Panels are profiled along edges to create a shiplap connection at all horizontal joints; vertical panels are manufactured with shiplap, sealant, and metal trim options</w:t>
      </w:r>
    </w:p>
    <w:p w14:paraId="00000108" w14:textId="77777777" w:rsidR="009176E9" w:rsidRDefault="00B47E87">
      <w:pPr>
        <w:numPr>
          <w:ilvl w:val="0"/>
          <w:numId w:val="1"/>
        </w:numPr>
        <w:pBdr>
          <w:top w:val="nil"/>
          <w:left w:val="nil"/>
          <w:bottom w:val="nil"/>
          <w:right w:val="nil"/>
          <w:between w:val="nil"/>
        </w:pBdr>
        <w:spacing w:after="40"/>
        <w:rPr>
          <w:color w:val="000000"/>
        </w:rPr>
      </w:pPr>
      <w:r>
        <w:rPr>
          <w:color w:val="000000"/>
        </w:rPr>
        <w:t>Factory-applied sealant gaskets are added to the top and right panel edges (AWP 1818) or top edge only (AWP 3030)</w:t>
      </w:r>
    </w:p>
    <w:p w14:paraId="00000109" w14:textId="77777777" w:rsidR="009176E9" w:rsidRDefault="00B47E87">
      <w:pPr>
        <w:pStyle w:val="Heading2"/>
        <w:spacing w:after="80"/>
      </w:pPr>
      <w:r>
        <w:rPr>
          <w:sz w:val="24"/>
          <w:szCs w:val="24"/>
        </w:rPr>
        <w:t>2.5 PERFORMANCE REQUIREMENTS</w:t>
      </w:r>
    </w:p>
    <w:p w14:paraId="0000010A" w14:textId="5D17C8CA" w:rsidR="009176E9" w:rsidRDefault="00B47E87">
      <w:pPr>
        <w:numPr>
          <w:ilvl w:val="0"/>
          <w:numId w:val="11"/>
        </w:numPr>
        <w:pBdr>
          <w:top w:val="nil"/>
          <w:left w:val="nil"/>
          <w:bottom w:val="nil"/>
          <w:right w:val="nil"/>
          <w:between w:val="nil"/>
        </w:pBdr>
        <w:spacing w:after="0"/>
        <w:rPr>
          <w:color w:val="000000"/>
        </w:rPr>
      </w:pPr>
      <w:r>
        <w:rPr>
          <w:color w:val="000000"/>
        </w:rPr>
        <w:t>Nichiha USA Architectural Support, Design Support, Test Approvals, and supporting documents can be found on the Nichiha website Resources Pages</w:t>
      </w:r>
      <w:r w:rsidR="00BB1F2F">
        <w:rPr>
          <w:color w:val="000000"/>
        </w:rPr>
        <w:t xml:space="preserve">, </w:t>
      </w:r>
      <w:hyperlink r:id="rId14" w:history="1">
        <w:r w:rsidR="00BB1F2F">
          <w:rPr>
            <w:rStyle w:val="Hyperlink"/>
            <w:b/>
            <w:bCs/>
          </w:rPr>
          <w:t>Nichiha Support Documents</w:t>
        </w:r>
      </w:hyperlink>
    </w:p>
    <w:p w14:paraId="0000010B" w14:textId="504E877D" w:rsidR="009176E9" w:rsidRDefault="00B47E87">
      <w:pPr>
        <w:numPr>
          <w:ilvl w:val="0"/>
          <w:numId w:val="11"/>
        </w:numPr>
        <w:pBdr>
          <w:top w:val="nil"/>
          <w:left w:val="nil"/>
          <w:bottom w:val="nil"/>
          <w:right w:val="nil"/>
          <w:between w:val="nil"/>
        </w:pBdr>
        <w:spacing w:after="0"/>
      </w:pPr>
      <w:r>
        <w:rPr>
          <w:color w:val="000000"/>
        </w:rPr>
        <w:t xml:space="preserve">Technical Support: </w:t>
      </w:r>
      <w:hyperlink r:id="rId15" w:history="1">
        <w:r w:rsidRPr="00FE299A">
          <w:rPr>
            <w:rStyle w:val="Hyperlink"/>
          </w:rPr>
          <w:t>technicalservices@nichiha.com</w:t>
        </w:r>
      </w:hyperlink>
      <w:r>
        <w:rPr>
          <w:color w:val="000000"/>
        </w:rPr>
        <w:t>, (866) 424-4421</w:t>
      </w:r>
    </w:p>
    <w:p w14:paraId="0000010C" w14:textId="77777777" w:rsidR="009176E9" w:rsidRDefault="00B47E87">
      <w:pPr>
        <w:numPr>
          <w:ilvl w:val="0"/>
          <w:numId w:val="11"/>
        </w:numPr>
        <w:spacing w:after="0"/>
      </w:pPr>
      <w:r>
        <w:t>Fiber Cement Panels: Architectural Wall Panels Compliance:</w:t>
      </w:r>
    </w:p>
    <w:p w14:paraId="0000010D" w14:textId="77777777" w:rsidR="009176E9" w:rsidRDefault="00B47E87">
      <w:pPr>
        <w:numPr>
          <w:ilvl w:val="1"/>
          <w:numId w:val="11"/>
        </w:numPr>
        <w:pBdr>
          <w:top w:val="nil"/>
          <w:left w:val="nil"/>
          <w:bottom w:val="nil"/>
          <w:right w:val="nil"/>
          <w:between w:val="nil"/>
        </w:pBdr>
        <w:spacing w:after="0"/>
      </w:pPr>
      <w:r>
        <w:rPr>
          <w:color w:val="000000"/>
        </w:rPr>
        <w:lastRenderedPageBreak/>
        <w:t>ASTM C1186</w:t>
      </w:r>
      <w:r>
        <w:t xml:space="preserve">: </w:t>
      </w:r>
      <w:r>
        <w:rPr>
          <w:color w:val="000000"/>
        </w:rPr>
        <w:t>Type A, Grade II</w:t>
      </w:r>
    </w:p>
    <w:p w14:paraId="0000010E" w14:textId="77777777" w:rsidR="009176E9" w:rsidRDefault="00B47E87">
      <w:pPr>
        <w:numPr>
          <w:ilvl w:val="1"/>
          <w:numId w:val="11"/>
        </w:numPr>
        <w:pBdr>
          <w:top w:val="nil"/>
          <w:left w:val="nil"/>
          <w:bottom w:val="nil"/>
          <w:right w:val="nil"/>
          <w:between w:val="nil"/>
        </w:pBdr>
        <w:spacing w:after="0"/>
      </w:pPr>
      <w:proofErr w:type="spellStart"/>
      <w:r>
        <w:rPr>
          <w:color w:val="000000"/>
        </w:rPr>
        <w:t>AAMA</w:t>
      </w:r>
      <w:proofErr w:type="spellEnd"/>
      <w:r>
        <w:rPr>
          <w:color w:val="000000"/>
        </w:rPr>
        <w:t xml:space="preserve"> 509-21</w:t>
      </w:r>
      <w:r>
        <w:t xml:space="preserve">: </w:t>
      </w:r>
      <w:r>
        <w:rPr>
          <w:color w:val="000000"/>
        </w:rPr>
        <w:t>Drained and Back Ventilated Rainscreen</w:t>
      </w:r>
    </w:p>
    <w:p w14:paraId="0000010F" w14:textId="77777777" w:rsidR="009176E9" w:rsidRDefault="00B47E87">
      <w:pPr>
        <w:numPr>
          <w:ilvl w:val="2"/>
          <w:numId w:val="11"/>
        </w:numPr>
        <w:pBdr>
          <w:top w:val="nil"/>
          <w:left w:val="nil"/>
          <w:bottom w:val="nil"/>
          <w:right w:val="nil"/>
          <w:between w:val="nil"/>
        </w:pBdr>
        <w:spacing w:after="0"/>
        <w:rPr>
          <w:color w:val="000000"/>
        </w:rPr>
      </w:pPr>
      <w:r>
        <w:rPr>
          <w:color w:val="000000"/>
        </w:rPr>
        <w:t>System Classifications: W1, V1</w:t>
      </w:r>
    </w:p>
    <w:p w14:paraId="00000110" w14:textId="77777777" w:rsidR="009176E9" w:rsidRDefault="00B47E87">
      <w:pPr>
        <w:numPr>
          <w:ilvl w:val="1"/>
          <w:numId w:val="11"/>
        </w:numPr>
        <w:pBdr>
          <w:top w:val="nil"/>
          <w:left w:val="nil"/>
          <w:bottom w:val="nil"/>
          <w:right w:val="nil"/>
          <w:between w:val="nil"/>
        </w:pBdr>
        <w:spacing w:after="0"/>
      </w:pPr>
      <w:r>
        <w:rPr>
          <w:color w:val="000000"/>
        </w:rPr>
        <w:t>ASTM C1185</w:t>
      </w:r>
      <w:r>
        <w:t xml:space="preserve">: </w:t>
      </w:r>
      <w:r>
        <w:rPr>
          <w:color w:val="000000"/>
        </w:rPr>
        <w:t>Standard Test Methods for Sampling and Testing Non-Asbestos Fiber Cement</w:t>
      </w:r>
    </w:p>
    <w:p w14:paraId="00000111" w14:textId="77777777" w:rsidR="009176E9" w:rsidRDefault="00B47E87">
      <w:pPr>
        <w:numPr>
          <w:ilvl w:val="2"/>
          <w:numId w:val="11"/>
        </w:numPr>
        <w:pBdr>
          <w:top w:val="nil"/>
          <w:left w:val="nil"/>
          <w:bottom w:val="nil"/>
          <w:right w:val="nil"/>
          <w:between w:val="nil"/>
        </w:pBdr>
        <w:spacing w:after="0"/>
        <w:rPr>
          <w:color w:val="000000"/>
        </w:rPr>
      </w:pPr>
      <w:r>
        <w:rPr>
          <w:color w:val="000000"/>
        </w:rPr>
        <w:t>Wet Flexural Strength: 1,418 psi (lower limit: 1,015 psi)</w:t>
      </w:r>
    </w:p>
    <w:p w14:paraId="00000112" w14:textId="77777777" w:rsidR="009176E9" w:rsidRDefault="00B47E87">
      <w:pPr>
        <w:numPr>
          <w:ilvl w:val="2"/>
          <w:numId w:val="11"/>
        </w:numPr>
        <w:pBdr>
          <w:top w:val="nil"/>
          <w:left w:val="nil"/>
          <w:bottom w:val="nil"/>
          <w:right w:val="nil"/>
          <w:between w:val="nil"/>
        </w:pBdr>
        <w:spacing w:after="0"/>
        <w:rPr>
          <w:color w:val="000000"/>
        </w:rPr>
      </w:pPr>
      <w:r>
        <w:rPr>
          <w:color w:val="000000"/>
        </w:rPr>
        <w:t>Water Tightness: No water droplets on any materials</w:t>
      </w:r>
    </w:p>
    <w:p w14:paraId="00000113" w14:textId="77777777" w:rsidR="009176E9" w:rsidRDefault="00B47E87">
      <w:pPr>
        <w:numPr>
          <w:ilvl w:val="2"/>
          <w:numId w:val="11"/>
        </w:numPr>
        <w:pBdr>
          <w:top w:val="nil"/>
          <w:left w:val="nil"/>
          <w:bottom w:val="nil"/>
          <w:right w:val="nil"/>
          <w:between w:val="nil"/>
        </w:pBdr>
        <w:spacing w:after="0"/>
        <w:rPr>
          <w:color w:val="000000"/>
        </w:rPr>
      </w:pPr>
      <w:r>
        <w:rPr>
          <w:color w:val="000000"/>
        </w:rPr>
        <w:t>Freeze-Thaw: No damage or defects observed</w:t>
      </w:r>
    </w:p>
    <w:p w14:paraId="00000114" w14:textId="77777777" w:rsidR="009176E9" w:rsidRDefault="00B47E87">
      <w:pPr>
        <w:numPr>
          <w:ilvl w:val="2"/>
          <w:numId w:val="11"/>
        </w:numPr>
        <w:pBdr>
          <w:top w:val="nil"/>
          <w:left w:val="nil"/>
          <w:bottom w:val="nil"/>
          <w:right w:val="nil"/>
          <w:between w:val="nil"/>
        </w:pBdr>
        <w:spacing w:after="0"/>
        <w:rPr>
          <w:color w:val="000000"/>
        </w:rPr>
      </w:pPr>
      <w:r>
        <w:rPr>
          <w:color w:val="000000"/>
        </w:rPr>
        <w:t>Warm Water: No evidence of cracking, delamination, or defects</w:t>
      </w:r>
    </w:p>
    <w:p w14:paraId="00000115" w14:textId="77777777" w:rsidR="009176E9" w:rsidRDefault="00B47E87">
      <w:pPr>
        <w:numPr>
          <w:ilvl w:val="2"/>
          <w:numId w:val="11"/>
        </w:numPr>
        <w:pBdr>
          <w:top w:val="nil"/>
          <w:left w:val="nil"/>
          <w:bottom w:val="nil"/>
          <w:right w:val="nil"/>
          <w:between w:val="nil"/>
        </w:pBdr>
        <w:spacing w:after="0"/>
        <w:rPr>
          <w:color w:val="000000"/>
        </w:rPr>
      </w:pPr>
      <w:r>
        <w:rPr>
          <w:color w:val="000000"/>
        </w:rPr>
        <w:t>Heat-Rain: No crazing, cracking, or deleterious effects observed</w:t>
      </w:r>
    </w:p>
    <w:p w14:paraId="00000116" w14:textId="77777777" w:rsidR="009176E9" w:rsidRDefault="00B47E87">
      <w:pPr>
        <w:numPr>
          <w:ilvl w:val="1"/>
          <w:numId w:val="11"/>
        </w:numPr>
        <w:pBdr>
          <w:top w:val="nil"/>
          <w:left w:val="nil"/>
          <w:bottom w:val="nil"/>
          <w:right w:val="nil"/>
          <w:between w:val="nil"/>
        </w:pBdr>
        <w:spacing w:after="0"/>
      </w:pPr>
      <w:r>
        <w:rPr>
          <w:color w:val="000000"/>
        </w:rPr>
        <w:t>ASTM C518</w:t>
      </w:r>
      <w:r>
        <w:t xml:space="preserve">: </w:t>
      </w:r>
      <w:r>
        <w:rPr>
          <w:color w:val="000000"/>
        </w:rPr>
        <w:t>Steady-State Heat Flux and Thermal Transmission Properties Test</w:t>
      </w:r>
    </w:p>
    <w:p w14:paraId="00000117" w14:textId="77777777" w:rsidR="009176E9" w:rsidRDefault="00B47E87">
      <w:pPr>
        <w:numPr>
          <w:ilvl w:val="2"/>
          <w:numId w:val="11"/>
        </w:numPr>
        <w:pBdr>
          <w:top w:val="nil"/>
          <w:left w:val="nil"/>
          <w:bottom w:val="nil"/>
          <w:right w:val="nil"/>
          <w:between w:val="nil"/>
        </w:pBdr>
        <w:spacing w:after="0"/>
        <w:rPr>
          <w:color w:val="000000"/>
        </w:rPr>
      </w:pPr>
      <w:r>
        <w:rPr>
          <w:color w:val="000000"/>
        </w:rPr>
        <w:t>16 mm thick panel thermal resistance R-value: 0.47</w:t>
      </w:r>
    </w:p>
    <w:p w14:paraId="00000118" w14:textId="77777777" w:rsidR="009176E9" w:rsidRDefault="00B47E87">
      <w:pPr>
        <w:numPr>
          <w:ilvl w:val="1"/>
          <w:numId w:val="11"/>
        </w:numPr>
        <w:pBdr>
          <w:top w:val="nil"/>
          <w:left w:val="nil"/>
          <w:bottom w:val="nil"/>
          <w:right w:val="nil"/>
          <w:between w:val="nil"/>
        </w:pBdr>
        <w:spacing w:after="0"/>
      </w:pPr>
      <w:r>
        <w:rPr>
          <w:color w:val="000000"/>
        </w:rPr>
        <w:t>ASTM E84</w:t>
      </w:r>
      <w:r>
        <w:t xml:space="preserve">: </w:t>
      </w:r>
      <w:r>
        <w:rPr>
          <w:color w:val="000000"/>
        </w:rPr>
        <w:t>Surface Burning Characteristics of Building Materials</w:t>
      </w:r>
    </w:p>
    <w:p w14:paraId="00000119" w14:textId="77777777" w:rsidR="009176E9" w:rsidRDefault="00B47E87">
      <w:pPr>
        <w:numPr>
          <w:ilvl w:val="2"/>
          <w:numId w:val="11"/>
        </w:numPr>
        <w:pBdr>
          <w:top w:val="nil"/>
          <w:left w:val="nil"/>
          <w:bottom w:val="nil"/>
          <w:right w:val="nil"/>
          <w:between w:val="nil"/>
        </w:pBdr>
        <w:spacing w:after="0"/>
        <w:rPr>
          <w:color w:val="000000"/>
        </w:rPr>
      </w:pPr>
      <w:r>
        <w:rPr>
          <w:color w:val="000000"/>
        </w:rPr>
        <w:t>Maximum Flame Spread: 0</w:t>
      </w:r>
    </w:p>
    <w:p w14:paraId="0000011A" w14:textId="43375229" w:rsidR="009176E9" w:rsidRDefault="00B47E87">
      <w:pPr>
        <w:numPr>
          <w:ilvl w:val="2"/>
          <w:numId w:val="11"/>
        </w:numPr>
        <w:pBdr>
          <w:top w:val="nil"/>
          <w:left w:val="nil"/>
          <w:bottom w:val="nil"/>
          <w:right w:val="nil"/>
          <w:between w:val="nil"/>
        </w:pBdr>
        <w:spacing w:after="0"/>
        <w:rPr>
          <w:color w:val="000000"/>
        </w:rPr>
      </w:pPr>
      <w:r>
        <w:rPr>
          <w:color w:val="000000"/>
        </w:rPr>
        <w:t xml:space="preserve">Maximum Smoke Developed Index: </w:t>
      </w:r>
      <w:r w:rsidR="006E11A0">
        <w:rPr>
          <w:color w:val="000000"/>
        </w:rPr>
        <w:t>5</w:t>
      </w:r>
    </w:p>
    <w:p w14:paraId="0000011B" w14:textId="77777777" w:rsidR="009176E9" w:rsidRDefault="00B47E87">
      <w:pPr>
        <w:numPr>
          <w:ilvl w:val="1"/>
          <w:numId w:val="11"/>
        </w:numPr>
        <w:pBdr>
          <w:top w:val="nil"/>
          <w:left w:val="nil"/>
          <w:bottom w:val="nil"/>
          <w:right w:val="nil"/>
          <w:between w:val="nil"/>
        </w:pBdr>
        <w:spacing w:after="0"/>
      </w:pPr>
      <w:r>
        <w:rPr>
          <w:color w:val="000000"/>
        </w:rPr>
        <w:t>ASTM E119</w:t>
      </w:r>
      <w:r>
        <w:t xml:space="preserve">: </w:t>
      </w:r>
      <w:r>
        <w:rPr>
          <w:color w:val="000000"/>
        </w:rPr>
        <w:t>Fire Resistant</w:t>
      </w:r>
    </w:p>
    <w:p w14:paraId="0000011C" w14:textId="77777777" w:rsidR="009176E9" w:rsidRDefault="00B47E87">
      <w:pPr>
        <w:numPr>
          <w:ilvl w:val="2"/>
          <w:numId w:val="11"/>
        </w:numPr>
        <w:pBdr>
          <w:top w:val="nil"/>
          <w:left w:val="nil"/>
          <w:bottom w:val="nil"/>
          <w:right w:val="nil"/>
          <w:between w:val="nil"/>
        </w:pBdr>
        <w:spacing w:after="0"/>
        <w:rPr>
          <w:color w:val="000000"/>
        </w:rPr>
      </w:pPr>
      <w:r>
        <w:rPr>
          <w:color w:val="000000"/>
        </w:rPr>
        <w:t>AWP passed ASTM E119 testing on wood-stud wall assembly with Type X gypsum sheathing and fiberglass batt insulation. Assembly successfully withstood 60-minute fire exposure without developing excessive surface temperatures or allowing flaming on the unexposed side. Hose stream test did not penetrate the interior sheathing</w:t>
      </w:r>
    </w:p>
    <w:p w14:paraId="0000011D" w14:textId="77777777" w:rsidR="009176E9" w:rsidRDefault="00B47E87">
      <w:pPr>
        <w:numPr>
          <w:ilvl w:val="1"/>
          <w:numId w:val="11"/>
        </w:numPr>
        <w:pBdr>
          <w:top w:val="nil"/>
          <w:left w:val="nil"/>
          <w:bottom w:val="nil"/>
          <w:right w:val="nil"/>
          <w:between w:val="nil"/>
        </w:pBdr>
        <w:spacing w:after="0"/>
      </w:pPr>
      <w:r>
        <w:rPr>
          <w:color w:val="000000"/>
        </w:rPr>
        <w:t>ASTM E228</w:t>
      </w:r>
      <w:r>
        <w:t xml:space="preserve">: </w:t>
      </w:r>
      <w:r>
        <w:rPr>
          <w:color w:val="000000"/>
        </w:rPr>
        <w:t>Mean Coefficient of Linear Thermal Expansion</w:t>
      </w:r>
    </w:p>
    <w:p w14:paraId="0000011E" w14:textId="77777777" w:rsidR="009176E9" w:rsidRDefault="00B47E87">
      <w:pPr>
        <w:numPr>
          <w:ilvl w:val="2"/>
          <w:numId w:val="11"/>
        </w:numPr>
        <w:pBdr>
          <w:top w:val="nil"/>
          <w:left w:val="nil"/>
          <w:bottom w:val="nil"/>
          <w:right w:val="nil"/>
          <w:between w:val="nil"/>
        </w:pBdr>
        <w:spacing w:after="0"/>
        <w:rPr>
          <w:color w:val="000000"/>
        </w:rPr>
      </w:pPr>
      <w:r>
        <w:rPr>
          <w:color w:val="000000"/>
        </w:rPr>
        <w:t>Maximum: 1.0 × 10⁻⁵ in./in. °F</w:t>
      </w:r>
    </w:p>
    <w:p w14:paraId="0000011F" w14:textId="77777777" w:rsidR="009176E9" w:rsidRDefault="00B47E87">
      <w:pPr>
        <w:numPr>
          <w:ilvl w:val="1"/>
          <w:numId w:val="11"/>
        </w:numPr>
        <w:pBdr>
          <w:top w:val="nil"/>
          <w:left w:val="nil"/>
          <w:bottom w:val="nil"/>
          <w:right w:val="nil"/>
          <w:between w:val="nil"/>
        </w:pBdr>
        <w:spacing w:after="0"/>
      </w:pPr>
      <w:r>
        <w:rPr>
          <w:color w:val="000000"/>
        </w:rPr>
        <w:t>ASTM E2768</w:t>
      </w:r>
      <w:r>
        <w:t xml:space="preserve">: </w:t>
      </w:r>
      <w:r>
        <w:rPr>
          <w:color w:val="000000"/>
        </w:rPr>
        <w:t>Extended Duration Surface Burning Characteristics</w:t>
      </w:r>
    </w:p>
    <w:p w14:paraId="00000120" w14:textId="77777777" w:rsidR="009176E9" w:rsidRDefault="00B47E87">
      <w:pPr>
        <w:numPr>
          <w:ilvl w:val="2"/>
          <w:numId w:val="11"/>
        </w:numPr>
        <w:pBdr>
          <w:top w:val="nil"/>
          <w:left w:val="nil"/>
          <w:bottom w:val="nil"/>
          <w:right w:val="nil"/>
          <w:between w:val="nil"/>
        </w:pBdr>
        <w:spacing w:after="0"/>
      </w:pPr>
      <w:r>
        <w:rPr>
          <w:color w:val="000000"/>
        </w:rPr>
        <w:t>Flame Spread Index Result: 0</w:t>
      </w:r>
      <w:r>
        <w:t xml:space="preserve">: </w:t>
      </w:r>
      <w:r>
        <w:rPr>
          <w:color w:val="000000"/>
        </w:rPr>
        <w:t>Final flame front did not exceed initial 4'–6" flame front; no visible surface ignition</w:t>
      </w:r>
    </w:p>
    <w:p w14:paraId="00000121" w14:textId="77777777" w:rsidR="009176E9" w:rsidRDefault="00B47E87">
      <w:pPr>
        <w:numPr>
          <w:ilvl w:val="1"/>
          <w:numId w:val="11"/>
        </w:numPr>
        <w:pBdr>
          <w:top w:val="nil"/>
          <w:left w:val="nil"/>
          <w:bottom w:val="nil"/>
          <w:right w:val="nil"/>
          <w:between w:val="nil"/>
        </w:pBdr>
        <w:spacing w:after="0"/>
      </w:pPr>
      <w:r>
        <w:rPr>
          <w:color w:val="000000"/>
        </w:rPr>
        <w:t>ASTM E330/E330M</w:t>
      </w:r>
      <w:r>
        <w:t xml:space="preserve">: </w:t>
      </w:r>
      <w:r>
        <w:rPr>
          <w:color w:val="000000"/>
        </w:rPr>
        <w:t>Wind Load</w:t>
      </w:r>
    </w:p>
    <w:p w14:paraId="00000122" w14:textId="77777777" w:rsidR="009176E9" w:rsidRDefault="00B47E87">
      <w:pPr>
        <w:numPr>
          <w:ilvl w:val="2"/>
          <w:numId w:val="11"/>
        </w:numPr>
        <w:pBdr>
          <w:top w:val="nil"/>
          <w:left w:val="nil"/>
          <w:bottom w:val="nil"/>
          <w:right w:val="nil"/>
          <w:between w:val="nil"/>
        </w:pBdr>
        <w:spacing w:after="0"/>
        <w:rPr>
          <w:color w:val="000000"/>
        </w:rPr>
      </w:pPr>
      <w:r>
        <w:rPr>
          <w:color w:val="000000"/>
        </w:rPr>
        <w:t>Maximum lateral deflection: L/180</w:t>
      </w:r>
    </w:p>
    <w:p w14:paraId="00000123" w14:textId="77777777" w:rsidR="009176E9" w:rsidRDefault="00B47E87">
      <w:pPr>
        <w:numPr>
          <w:ilvl w:val="2"/>
          <w:numId w:val="11"/>
        </w:numPr>
        <w:pBdr>
          <w:top w:val="nil"/>
          <w:left w:val="nil"/>
          <w:bottom w:val="nil"/>
          <w:right w:val="nil"/>
          <w:between w:val="nil"/>
        </w:pBdr>
        <w:spacing w:after="0"/>
        <w:rPr>
          <w:color w:val="000000"/>
        </w:rPr>
      </w:pPr>
      <w:r>
        <w:rPr>
          <w:color w:val="000000"/>
        </w:rPr>
        <w:t xml:space="preserve">Comply with </w:t>
      </w:r>
      <w:proofErr w:type="spellStart"/>
      <w:r>
        <w:rPr>
          <w:color w:val="000000"/>
        </w:rPr>
        <w:t>LAHJ</w:t>
      </w:r>
      <w:proofErr w:type="spellEnd"/>
      <w:r>
        <w:rPr>
          <w:color w:val="000000"/>
        </w:rPr>
        <w:t xml:space="preserve"> requirements</w:t>
      </w:r>
    </w:p>
    <w:p w14:paraId="00000124" w14:textId="77777777" w:rsidR="009176E9" w:rsidRDefault="00B47E87">
      <w:pPr>
        <w:numPr>
          <w:ilvl w:val="1"/>
          <w:numId w:val="11"/>
        </w:numPr>
        <w:pBdr>
          <w:top w:val="nil"/>
          <w:left w:val="nil"/>
          <w:bottom w:val="nil"/>
          <w:right w:val="nil"/>
          <w:between w:val="nil"/>
        </w:pBdr>
        <w:spacing w:after="0"/>
      </w:pPr>
      <w:r>
        <w:rPr>
          <w:color w:val="000000"/>
        </w:rPr>
        <w:t>ASTM E331</w:t>
      </w:r>
      <w:r>
        <w:t xml:space="preserve">: </w:t>
      </w:r>
      <w:r>
        <w:rPr>
          <w:color w:val="000000"/>
        </w:rPr>
        <w:t>Water Penetration</w:t>
      </w:r>
    </w:p>
    <w:p w14:paraId="00000125" w14:textId="77777777" w:rsidR="009176E9" w:rsidRDefault="00B47E87">
      <w:pPr>
        <w:numPr>
          <w:ilvl w:val="2"/>
          <w:numId w:val="11"/>
        </w:numPr>
        <w:pBdr>
          <w:top w:val="nil"/>
          <w:left w:val="nil"/>
          <w:bottom w:val="nil"/>
          <w:right w:val="nil"/>
          <w:between w:val="nil"/>
        </w:pBdr>
        <w:spacing w:after="0"/>
        <w:rPr>
          <w:color w:val="000000"/>
        </w:rPr>
      </w:pPr>
      <w:r>
        <w:rPr>
          <w:color w:val="000000"/>
        </w:rPr>
        <w:t>No water leakage observed into wall cavity</w:t>
      </w:r>
    </w:p>
    <w:p w14:paraId="00000126" w14:textId="77777777" w:rsidR="009176E9" w:rsidRDefault="00B47E87">
      <w:pPr>
        <w:numPr>
          <w:ilvl w:val="1"/>
          <w:numId w:val="11"/>
        </w:numPr>
        <w:pBdr>
          <w:top w:val="nil"/>
          <w:left w:val="nil"/>
          <w:bottom w:val="nil"/>
          <w:right w:val="nil"/>
          <w:between w:val="nil"/>
        </w:pBdr>
        <w:spacing w:after="0"/>
      </w:pPr>
      <w:r>
        <w:rPr>
          <w:color w:val="000000"/>
        </w:rPr>
        <w:t>BABA</w:t>
      </w:r>
      <w:r>
        <w:t xml:space="preserve">: </w:t>
      </w:r>
      <w:r>
        <w:rPr>
          <w:color w:val="000000"/>
        </w:rPr>
        <w:t>Build America Buy America</w:t>
      </w:r>
    </w:p>
    <w:p w14:paraId="00000127" w14:textId="6C8249C3" w:rsidR="009176E9" w:rsidRPr="006E11A0" w:rsidRDefault="00B47E87">
      <w:pPr>
        <w:numPr>
          <w:ilvl w:val="2"/>
          <w:numId w:val="11"/>
        </w:numPr>
        <w:pBdr>
          <w:top w:val="nil"/>
          <w:left w:val="nil"/>
          <w:bottom w:val="nil"/>
          <w:right w:val="nil"/>
          <w:between w:val="nil"/>
        </w:pBdr>
        <w:spacing w:after="0"/>
      </w:pPr>
      <w:r>
        <w:rPr>
          <w:color w:val="000000"/>
        </w:rPr>
        <w:t xml:space="preserve">Federally funded infrastructure construction materials must be manufactured in the United States, Public Law 117-58, Title IX, Subtitle A, </w:t>
      </w:r>
      <w:r>
        <w:t xml:space="preserve">Subtitle </w:t>
      </w:r>
      <w:r>
        <w:rPr>
          <w:color w:val="000000"/>
        </w:rPr>
        <w:t>70901-70927</w:t>
      </w:r>
    </w:p>
    <w:p w14:paraId="1F1F057A" w14:textId="77777777" w:rsidR="00601CD8" w:rsidRDefault="00601CD8" w:rsidP="00601CD8">
      <w:pPr>
        <w:numPr>
          <w:ilvl w:val="2"/>
          <w:numId w:val="11"/>
        </w:numPr>
        <w:pBdr>
          <w:top w:val="nil"/>
          <w:left w:val="nil"/>
          <w:bottom w:val="nil"/>
          <w:right w:val="nil"/>
          <w:between w:val="nil"/>
        </w:pBdr>
        <w:spacing w:after="0"/>
      </w:pPr>
      <w:bookmarkStart w:id="0" w:name="_Hlk219113119"/>
      <w:r>
        <w:rPr>
          <w:color w:val="000000"/>
        </w:rPr>
        <w:t xml:space="preserve">AWP Products that do not meet the BABA compliance; </w:t>
      </w:r>
      <w:proofErr w:type="spellStart"/>
      <w:r>
        <w:rPr>
          <w:color w:val="000000"/>
        </w:rPr>
        <w:t>Corbosa</w:t>
      </w:r>
      <w:proofErr w:type="spellEnd"/>
      <w:r>
        <w:rPr>
          <w:color w:val="000000"/>
        </w:rPr>
        <w:t xml:space="preserve">, Concrete Board Gray, </w:t>
      </w:r>
      <w:proofErr w:type="spellStart"/>
      <w:r>
        <w:rPr>
          <w:color w:val="000000"/>
        </w:rPr>
        <w:t>Latura</w:t>
      </w:r>
      <w:proofErr w:type="spellEnd"/>
      <w:r>
        <w:rPr>
          <w:color w:val="000000"/>
        </w:rPr>
        <w:t xml:space="preserve"> V-Groove, </w:t>
      </w:r>
      <w:proofErr w:type="spellStart"/>
      <w:r>
        <w:rPr>
          <w:color w:val="000000"/>
        </w:rPr>
        <w:t>Miraia</w:t>
      </w:r>
      <w:proofErr w:type="spellEnd"/>
      <w:r>
        <w:rPr>
          <w:color w:val="000000"/>
        </w:rPr>
        <w:t xml:space="preserve">, Natura and Novenary are manufactured in Japan, 2026,  Please confirm </w:t>
      </w:r>
      <w:proofErr w:type="spellStart"/>
      <w:r>
        <w:rPr>
          <w:color w:val="000000"/>
        </w:rPr>
        <w:t>Sku</w:t>
      </w:r>
      <w:proofErr w:type="spellEnd"/>
      <w:r>
        <w:rPr>
          <w:color w:val="000000"/>
        </w:rPr>
        <w:t># for BABA compliance.</w:t>
      </w:r>
    </w:p>
    <w:bookmarkEnd w:id="0"/>
    <w:p w14:paraId="00000128" w14:textId="77777777" w:rsidR="009176E9" w:rsidRDefault="00B47E87">
      <w:pPr>
        <w:numPr>
          <w:ilvl w:val="1"/>
          <w:numId w:val="11"/>
        </w:numPr>
        <w:pBdr>
          <w:top w:val="nil"/>
          <w:left w:val="nil"/>
          <w:bottom w:val="nil"/>
          <w:right w:val="nil"/>
          <w:between w:val="nil"/>
        </w:pBdr>
        <w:spacing w:after="0"/>
      </w:pPr>
      <w:r>
        <w:rPr>
          <w:color w:val="000000"/>
        </w:rPr>
        <w:t>CAN-</w:t>
      </w:r>
      <w:proofErr w:type="spellStart"/>
      <w:r>
        <w:rPr>
          <w:color w:val="000000"/>
        </w:rPr>
        <w:t>ULC</w:t>
      </w:r>
      <w:proofErr w:type="spellEnd"/>
      <w:r>
        <w:rPr>
          <w:color w:val="000000"/>
        </w:rPr>
        <w:t xml:space="preserve"> S102/ASTM E84</w:t>
      </w:r>
      <w:r>
        <w:t xml:space="preserve">: </w:t>
      </w:r>
      <w:r>
        <w:rPr>
          <w:color w:val="000000"/>
        </w:rPr>
        <w:t>Surface Burning</w:t>
      </w:r>
    </w:p>
    <w:p w14:paraId="00000129" w14:textId="77777777" w:rsidR="009176E9" w:rsidRDefault="00B47E87">
      <w:pPr>
        <w:numPr>
          <w:ilvl w:val="2"/>
          <w:numId w:val="11"/>
        </w:numPr>
        <w:pBdr>
          <w:top w:val="nil"/>
          <w:left w:val="nil"/>
          <w:bottom w:val="nil"/>
          <w:right w:val="nil"/>
          <w:between w:val="nil"/>
        </w:pBdr>
        <w:spacing w:after="0"/>
        <w:rPr>
          <w:color w:val="000000"/>
        </w:rPr>
      </w:pPr>
      <w:r>
        <w:rPr>
          <w:color w:val="000000"/>
        </w:rPr>
        <w:t>Flame Spread: 0</w:t>
      </w:r>
    </w:p>
    <w:p w14:paraId="0000012A" w14:textId="3C57BA20" w:rsidR="009176E9" w:rsidRDefault="00B47E87">
      <w:pPr>
        <w:numPr>
          <w:ilvl w:val="2"/>
          <w:numId w:val="11"/>
        </w:numPr>
        <w:pBdr>
          <w:top w:val="nil"/>
          <w:left w:val="nil"/>
          <w:bottom w:val="nil"/>
          <w:right w:val="nil"/>
          <w:between w:val="nil"/>
        </w:pBdr>
        <w:spacing w:after="0"/>
        <w:rPr>
          <w:color w:val="000000"/>
        </w:rPr>
      </w:pPr>
      <w:r>
        <w:rPr>
          <w:color w:val="000000"/>
        </w:rPr>
        <w:t xml:space="preserve">Smoke Developed: </w:t>
      </w:r>
      <w:r w:rsidR="006E11A0">
        <w:rPr>
          <w:color w:val="000000"/>
        </w:rPr>
        <w:t>5</w:t>
      </w:r>
    </w:p>
    <w:p w14:paraId="0000012B" w14:textId="77777777" w:rsidR="009176E9" w:rsidRDefault="00B47E87">
      <w:pPr>
        <w:numPr>
          <w:ilvl w:val="1"/>
          <w:numId w:val="11"/>
        </w:numPr>
        <w:pBdr>
          <w:top w:val="nil"/>
          <w:left w:val="nil"/>
          <w:bottom w:val="nil"/>
          <w:right w:val="nil"/>
          <w:between w:val="nil"/>
        </w:pBdr>
        <w:spacing w:after="0"/>
      </w:pPr>
      <w:r>
        <w:rPr>
          <w:color w:val="000000"/>
        </w:rPr>
        <w:t>CAN/</w:t>
      </w:r>
      <w:proofErr w:type="spellStart"/>
      <w:r>
        <w:rPr>
          <w:color w:val="000000"/>
        </w:rPr>
        <w:t>ULC</w:t>
      </w:r>
      <w:proofErr w:type="spellEnd"/>
      <w:r>
        <w:rPr>
          <w:color w:val="000000"/>
        </w:rPr>
        <w:t xml:space="preserve"> S-134</w:t>
      </w:r>
      <w:r>
        <w:t xml:space="preserve">: </w:t>
      </w:r>
      <w:r>
        <w:rPr>
          <w:color w:val="000000"/>
        </w:rPr>
        <w:t>Fire Propagation</w:t>
      </w:r>
    </w:p>
    <w:p w14:paraId="0000012C" w14:textId="77777777" w:rsidR="009176E9" w:rsidRDefault="00B47E87">
      <w:pPr>
        <w:numPr>
          <w:ilvl w:val="2"/>
          <w:numId w:val="11"/>
        </w:numPr>
        <w:pBdr>
          <w:top w:val="nil"/>
          <w:left w:val="nil"/>
          <w:bottom w:val="nil"/>
          <w:right w:val="nil"/>
          <w:between w:val="nil"/>
        </w:pBdr>
        <w:spacing w:after="0"/>
      </w:pPr>
      <w:r>
        <w:rPr>
          <w:color w:val="000000"/>
        </w:rPr>
        <w:lastRenderedPageBreak/>
        <w:t>Wall assembly with Ultimate Clips, Starter Track, Commercial Wrap, 5/8" plywood, 16" o.c.</w:t>
      </w:r>
      <w:r>
        <w:t xml:space="preserve"> </w:t>
      </w:r>
      <w:r>
        <w:rPr>
          <w:color w:val="000000"/>
        </w:rPr>
        <w:t>18-gauge steel studs, fiberglass in-cavity insulation, and interior 5/8" Type X gypsum met acceptance criteria</w:t>
      </w:r>
    </w:p>
    <w:p w14:paraId="0000012D" w14:textId="77777777" w:rsidR="009176E9" w:rsidRDefault="00B47E87">
      <w:pPr>
        <w:numPr>
          <w:ilvl w:val="1"/>
          <w:numId w:val="11"/>
        </w:numPr>
        <w:pBdr>
          <w:top w:val="nil"/>
          <w:left w:val="nil"/>
          <w:bottom w:val="nil"/>
          <w:right w:val="nil"/>
          <w:between w:val="nil"/>
        </w:pBdr>
        <w:spacing w:after="0"/>
      </w:pPr>
      <w:r>
        <w:rPr>
          <w:color w:val="000000"/>
        </w:rPr>
        <w:t xml:space="preserve">Florida Building Code </w:t>
      </w:r>
      <w:proofErr w:type="spellStart"/>
      <w:r>
        <w:rPr>
          <w:color w:val="000000"/>
        </w:rPr>
        <w:t>FBC</w:t>
      </w:r>
      <w:proofErr w:type="spellEnd"/>
      <w:r>
        <w:rPr>
          <w:color w:val="000000"/>
        </w:rPr>
        <w:t xml:space="preserve"> TAS 202 and </w:t>
      </w:r>
      <w:proofErr w:type="spellStart"/>
      <w:r>
        <w:rPr>
          <w:color w:val="000000"/>
        </w:rPr>
        <w:t>FBC</w:t>
      </w:r>
      <w:proofErr w:type="spellEnd"/>
      <w:r>
        <w:rPr>
          <w:color w:val="000000"/>
        </w:rPr>
        <w:t xml:space="preserve"> TAS 203</w:t>
      </w:r>
      <w:r>
        <w:t xml:space="preserve">: </w:t>
      </w:r>
      <w:r>
        <w:rPr>
          <w:color w:val="000000"/>
        </w:rPr>
        <w:t xml:space="preserve">Test Protocol </w:t>
      </w:r>
      <w:proofErr w:type="spellStart"/>
      <w:r>
        <w:rPr>
          <w:color w:val="000000"/>
        </w:rPr>
        <w:t>HVHZ</w:t>
      </w:r>
      <w:proofErr w:type="spellEnd"/>
    </w:p>
    <w:p w14:paraId="0000012E" w14:textId="77777777" w:rsidR="009176E9" w:rsidRDefault="00B47E87">
      <w:pPr>
        <w:numPr>
          <w:ilvl w:val="2"/>
          <w:numId w:val="11"/>
        </w:numPr>
        <w:pBdr>
          <w:top w:val="nil"/>
          <w:left w:val="nil"/>
          <w:bottom w:val="nil"/>
          <w:right w:val="nil"/>
          <w:between w:val="nil"/>
        </w:pBdr>
        <w:spacing w:after="0"/>
        <w:rPr>
          <w:color w:val="000000"/>
        </w:rPr>
      </w:pPr>
      <w:r>
        <w:rPr>
          <w:color w:val="000000"/>
        </w:rPr>
        <w:t>Horizontal install design pressure: 95 psf</w:t>
      </w:r>
    </w:p>
    <w:p w14:paraId="0000012F" w14:textId="77777777" w:rsidR="009176E9" w:rsidRDefault="00B47E87">
      <w:pPr>
        <w:numPr>
          <w:ilvl w:val="2"/>
          <w:numId w:val="11"/>
        </w:numPr>
        <w:pBdr>
          <w:top w:val="nil"/>
          <w:left w:val="nil"/>
          <w:bottom w:val="nil"/>
          <w:right w:val="nil"/>
          <w:between w:val="nil"/>
        </w:pBdr>
        <w:spacing w:after="0"/>
        <w:rPr>
          <w:color w:val="000000"/>
        </w:rPr>
      </w:pPr>
      <w:r>
        <w:rPr>
          <w:color w:val="000000"/>
        </w:rPr>
        <w:t>Vertical install design pressure: 85 psf</w:t>
      </w:r>
    </w:p>
    <w:p w14:paraId="00000130" w14:textId="77777777" w:rsidR="009176E9" w:rsidRDefault="00B47E87">
      <w:pPr>
        <w:numPr>
          <w:ilvl w:val="1"/>
          <w:numId w:val="11"/>
        </w:numPr>
        <w:pBdr>
          <w:top w:val="nil"/>
          <w:left w:val="nil"/>
          <w:bottom w:val="nil"/>
          <w:right w:val="nil"/>
          <w:between w:val="nil"/>
        </w:pBdr>
        <w:spacing w:after="0"/>
      </w:pPr>
      <w:r>
        <w:rPr>
          <w:color w:val="000000"/>
        </w:rPr>
        <w:t>NFPA 285</w:t>
      </w:r>
      <w:r>
        <w:t xml:space="preserve">: </w:t>
      </w:r>
      <w:r>
        <w:rPr>
          <w:color w:val="000000"/>
        </w:rPr>
        <w:t>Fire Propagation</w:t>
      </w:r>
    </w:p>
    <w:p w14:paraId="00000131" w14:textId="77777777" w:rsidR="009176E9" w:rsidRDefault="00B47E87">
      <w:pPr>
        <w:numPr>
          <w:ilvl w:val="2"/>
          <w:numId w:val="11"/>
        </w:numPr>
        <w:pBdr>
          <w:top w:val="nil"/>
          <w:left w:val="nil"/>
          <w:bottom w:val="nil"/>
          <w:right w:val="nil"/>
          <w:between w:val="nil"/>
        </w:pBdr>
        <w:spacing w:after="0"/>
        <w:rPr>
          <w:color w:val="000000"/>
        </w:rPr>
      </w:pPr>
      <w:r>
        <w:rPr>
          <w:color w:val="000000"/>
        </w:rPr>
        <w:t xml:space="preserve">Wall assembly with AWP panels, Ultimate Clips, Starter Track, 7/8" 18-gauge steel vertical hat channel (legs facing out) on top of 4" </w:t>
      </w:r>
      <w:proofErr w:type="spellStart"/>
      <w:r>
        <w:rPr>
          <w:color w:val="000000"/>
        </w:rPr>
        <w:t>polyiso</w:t>
      </w:r>
      <w:proofErr w:type="spellEnd"/>
      <w:r>
        <w:rPr>
          <w:color w:val="000000"/>
        </w:rPr>
        <w:t xml:space="preserve"> continuous insulation with maximum 1-1/4" air gap, Commercial Wrap, 1/2" gypsum sheathing, 16" o.c. 18-gauge steel studs, mineral wool in-cavity insulation, and interior 5/8" Type X gypsum</w:t>
      </w:r>
    </w:p>
    <w:p w14:paraId="00000132" w14:textId="77777777" w:rsidR="009176E9" w:rsidRDefault="00B47E87">
      <w:pPr>
        <w:numPr>
          <w:ilvl w:val="1"/>
          <w:numId w:val="11"/>
        </w:numPr>
        <w:pBdr>
          <w:top w:val="nil"/>
          <w:left w:val="nil"/>
          <w:bottom w:val="nil"/>
          <w:right w:val="nil"/>
          <w:between w:val="nil"/>
        </w:pBdr>
        <w:spacing w:after="0"/>
      </w:pPr>
      <w:r>
        <w:rPr>
          <w:color w:val="000000"/>
        </w:rPr>
        <w:t>NFPA 268</w:t>
      </w:r>
      <w:r>
        <w:t xml:space="preserve">: </w:t>
      </w:r>
      <w:r>
        <w:rPr>
          <w:color w:val="000000"/>
        </w:rPr>
        <w:t>Ignition Resistance</w:t>
      </w:r>
    </w:p>
    <w:p w14:paraId="00000133" w14:textId="77777777" w:rsidR="009176E9" w:rsidRDefault="00B47E87">
      <w:pPr>
        <w:numPr>
          <w:ilvl w:val="2"/>
          <w:numId w:val="11"/>
        </w:numPr>
        <w:pBdr>
          <w:top w:val="nil"/>
          <w:left w:val="nil"/>
          <w:bottom w:val="nil"/>
          <w:right w:val="nil"/>
          <w:between w:val="nil"/>
        </w:pBdr>
        <w:spacing w:after="40"/>
        <w:rPr>
          <w:color w:val="000000"/>
        </w:rPr>
      </w:pPr>
      <w:r>
        <w:rPr>
          <w:color w:val="000000"/>
        </w:rPr>
        <w:t>No sustained flaming of panels/wall assembly when subjected to minimum radiant heat flux of 12.5 kW/m² ±5% in presence of pilot ignition source for 20-minute period</w:t>
      </w:r>
    </w:p>
    <w:p w14:paraId="00000134" w14:textId="77777777" w:rsidR="009176E9" w:rsidRDefault="00B47E87">
      <w:pPr>
        <w:pStyle w:val="Heading2"/>
        <w:spacing w:after="80"/>
      </w:pPr>
      <w:r>
        <w:rPr>
          <w:sz w:val="24"/>
          <w:szCs w:val="24"/>
        </w:rPr>
        <w:t>2.6 INSTALLATION COMPONENTS</w:t>
      </w:r>
    </w:p>
    <w:p w14:paraId="00000135" w14:textId="77777777" w:rsidR="009176E9" w:rsidRDefault="00B47E87">
      <w:pPr>
        <w:numPr>
          <w:ilvl w:val="0"/>
          <w:numId w:val="5"/>
        </w:numPr>
        <w:pBdr>
          <w:top w:val="nil"/>
          <w:left w:val="nil"/>
          <w:bottom w:val="nil"/>
          <w:right w:val="nil"/>
          <w:between w:val="nil"/>
        </w:pBdr>
        <w:spacing w:after="0"/>
      </w:pPr>
      <w:r>
        <w:rPr>
          <w:color w:val="000000"/>
        </w:rPr>
        <w:t>All projects above 45 feet or 3 stories, in coastal/high wind zones (Exposure C/D with wind speeds &gt;130 mph), with continuous insulation over 1" thickness, or with wall assemblies not described in framing and sheathing requirements</w:t>
      </w:r>
      <w:r>
        <w:t xml:space="preserve">: </w:t>
      </w:r>
      <w:r>
        <w:rPr>
          <w:color w:val="000000"/>
        </w:rPr>
        <w:t>a Nichiha Technical Design Review is suggested</w:t>
      </w:r>
    </w:p>
    <w:p w14:paraId="00000136" w14:textId="64F0CDD5" w:rsidR="009176E9" w:rsidRDefault="00B47E87">
      <w:pPr>
        <w:numPr>
          <w:ilvl w:val="0"/>
          <w:numId w:val="5"/>
        </w:numPr>
        <w:pBdr>
          <w:top w:val="nil"/>
          <w:left w:val="nil"/>
          <w:bottom w:val="nil"/>
          <w:right w:val="nil"/>
          <w:between w:val="nil"/>
        </w:pBdr>
        <w:spacing w:after="0"/>
        <w:rPr>
          <w:color w:val="000000"/>
        </w:rPr>
      </w:pPr>
      <w:r>
        <w:rPr>
          <w:color w:val="000000"/>
        </w:rPr>
        <w:t xml:space="preserve">Technical Support: </w:t>
      </w:r>
      <w:hyperlink r:id="rId16" w:history="1">
        <w:r w:rsidRPr="00BB1F2F">
          <w:rPr>
            <w:rStyle w:val="Hyperlink"/>
          </w:rPr>
          <w:t>technicalservices@nichiha.com</w:t>
        </w:r>
      </w:hyperlink>
      <w:r>
        <w:rPr>
          <w:color w:val="000000"/>
        </w:rPr>
        <w:t>, (866) 424-4421</w:t>
      </w:r>
    </w:p>
    <w:p w14:paraId="00000137" w14:textId="77777777" w:rsidR="009176E9" w:rsidRDefault="00B47E87">
      <w:pPr>
        <w:numPr>
          <w:ilvl w:val="0"/>
          <w:numId w:val="5"/>
        </w:numPr>
        <w:pBdr>
          <w:top w:val="nil"/>
          <w:left w:val="nil"/>
          <w:bottom w:val="nil"/>
          <w:right w:val="nil"/>
          <w:between w:val="nil"/>
        </w:pBdr>
        <w:spacing w:after="0"/>
      </w:pPr>
      <w:r>
        <w:rPr>
          <w:color w:val="000000"/>
        </w:rPr>
        <w:t>Starter Track</w:t>
      </w:r>
      <w:r>
        <w:t xml:space="preserve">, Substitutions Not Permitted: </w:t>
      </w:r>
    </w:p>
    <w:p w14:paraId="00000138" w14:textId="77777777" w:rsidR="009176E9" w:rsidRDefault="00B47E87">
      <w:pPr>
        <w:numPr>
          <w:ilvl w:val="1"/>
          <w:numId w:val="5"/>
        </w:numPr>
        <w:pBdr>
          <w:top w:val="nil"/>
          <w:left w:val="nil"/>
          <w:bottom w:val="nil"/>
          <w:right w:val="nil"/>
          <w:between w:val="nil"/>
        </w:pBdr>
        <w:spacing w:after="0"/>
      </w:pPr>
      <w:r>
        <w:rPr>
          <w:color w:val="000000"/>
        </w:rPr>
        <w:t>Horizontal FA 700 (10 mm rainscreen)</w:t>
      </w:r>
    </w:p>
    <w:p w14:paraId="00000139" w14:textId="77777777" w:rsidR="009176E9" w:rsidRDefault="00B47E87">
      <w:pPr>
        <w:numPr>
          <w:ilvl w:val="1"/>
          <w:numId w:val="5"/>
        </w:numPr>
        <w:pBdr>
          <w:top w:val="nil"/>
          <w:left w:val="nil"/>
          <w:bottom w:val="nil"/>
          <w:right w:val="nil"/>
          <w:between w:val="nil"/>
        </w:pBdr>
        <w:spacing w:after="0"/>
      </w:pPr>
      <w:r>
        <w:rPr>
          <w:color w:val="000000"/>
        </w:rPr>
        <w:t>Vertical FA 710T (10' length/</w:t>
      </w:r>
      <w:r>
        <w:t>3030</w:t>
      </w:r>
      <w:r>
        <w:rPr>
          <w:color w:val="000000"/>
        </w:rPr>
        <w:t xml:space="preserve"> mm)</w:t>
      </w:r>
    </w:p>
    <w:p w14:paraId="0000013A" w14:textId="77777777" w:rsidR="009176E9" w:rsidRDefault="00B47E87">
      <w:pPr>
        <w:numPr>
          <w:ilvl w:val="1"/>
          <w:numId w:val="5"/>
        </w:numPr>
        <w:pBdr>
          <w:top w:val="nil"/>
          <w:left w:val="nil"/>
          <w:bottom w:val="nil"/>
          <w:right w:val="nil"/>
          <w:between w:val="nil"/>
        </w:pBdr>
        <w:spacing w:after="0"/>
      </w:pPr>
      <w:r>
        <w:rPr>
          <w:color w:val="000000"/>
        </w:rPr>
        <w:t>Galvalume-coated steel</w:t>
      </w:r>
    </w:p>
    <w:p w14:paraId="0000013B" w14:textId="77777777" w:rsidR="009176E9" w:rsidRDefault="00B47E87">
      <w:pPr>
        <w:numPr>
          <w:ilvl w:val="0"/>
          <w:numId w:val="5"/>
        </w:numPr>
        <w:pBdr>
          <w:top w:val="nil"/>
          <w:left w:val="nil"/>
          <w:bottom w:val="nil"/>
          <w:right w:val="nil"/>
          <w:between w:val="nil"/>
        </w:pBdr>
        <w:spacing w:after="0"/>
      </w:pPr>
      <w:r>
        <w:t xml:space="preserve">Ultimate Clip System, Substitutions Not Permitted: </w:t>
      </w:r>
    </w:p>
    <w:p w14:paraId="0000013C" w14:textId="77777777" w:rsidR="009176E9" w:rsidRDefault="00B47E87">
      <w:pPr>
        <w:numPr>
          <w:ilvl w:val="1"/>
          <w:numId w:val="5"/>
        </w:numPr>
        <w:pBdr>
          <w:top w:val="nil"/>
          <w:left w:val="nil"/>
          <w:bottom w:val="nil"/>
          <w:right w:val="nil"/>
          <w:between w:val="nil"/>
        </w:pBdr>
        <w:spacing w:after="0"/>
      </w:pPr>
      <w:r>
        <w:rPr>
          <w:color w:val="000000"/>
        </w:rPr>
        <w:t>Panel Clips</w:t>
      </w:r>
      <w:r>
        <w:t xml:space="preserve">: </w:t>
      </w:r>
      <w:proofErr w:type="spellStart"/>
      <w:r>
        <w:rPr>
          <w:color w:val="000000"/>
        </w:rPr>
        <w:t>JEL</w:t>
      </w:r>
      <w:proofErr w:type="spellEnd"/>
      <w:r>
        <w:rPr>
          <w:color w:val="000000"/>
        </w:rPr>
        <w:t xml:space="preserve"> 778 'Ultimate Clip II' (10 mm rainscreen for 5/8" AWP)</w:t>
      </w:r>
      <w:r>
        <w:t xml:space="preserve">: </w:t>
      </w:r>
      <w:r>
        <w:rPr>
          <w:color w:val="000000"/>
        </w:rPr>
        <w:t>Zinc-aluminum-magnesium alloy-coated steel</w:t>
      </w:r>
    </w:p>
    <w:p w14:paraId="0000013D" w14:textId="77777777" w:rsidR="009176E9" w:rsidRDefault="00B47E87">
      <w:pPr>
        <w:numPr>
          <w:ilvl w:val="1"/>
          <w:numId w:val="5"/>
        </w:numPr>
        <w:pBdr>
          <w:top w:val="nil"/>
          <w:left w:val="nil"/>
          <w:bottom w:val="nil"/>
          <w:right w:val="nil"/>
          <w:between w:val="nil"/>
        </w:pBdr>
        <w:spacing w:after="0"/>
      </w:pPr>
      <w:r>
        <w:rPr>
          <w:color w:val="000000"/>
        </w:rPr>
        <w:t>Joint Tab Attachments</w:t>
      </w:r>
      <w:r>
        <w:t xml:space="preserve">: </w:t>
      </w:r>
      <w:r>
        <w:rPr>
          <w:color w:val="000000"/>
        </w:rPr>
        <w:t>For all AWP 1818 panel-to-panel vertical joints</w:t>
      </w:r>
    </w:p>
    <w:p w14:paraId="0000013E" w14:textId="77777777" w:rsidR="009176E9" w:rsidRDefault="00B47E87">
      <w:pPr>
        <w:numPr>
          <w:ilvl w:val="0"/>
          <w:numId w:val="5"/>
        </w:numPr>
        <w:pBdr>
          <w:top w:val="nil"/>
          <w:left w:val="nil"/>
          <w:bottom w:val="nil"/>
          <w:right w:val="nil"/>
          <w:between w:val="nil"/>
        </w:pBdr>
        <w:spacing w:after="0"/>
      </w:pPr>
      <w:r>
        <w:rPr>
          <w:color w:val="000000"/>
        </w:rPr>
        <w:t>Single Flange Sealant Backer</w:t>
      </w:r>
      <w:r>
        <w:t xml:space="preserve">: </w:t>
      </w:r>
      <w:proofErr w:type="spellStart"/>
      <w:r>
        <w:rPr>
          <w:color w:val="000000"/>
        </w:rPr>
        <w:t>FHK</w:t>
      </w:r>
      <w:proofErr w:type="spellEnd"/>
      <w:r>
        <w:rPr>
          <w:color w:val="000000"/>
        </w:rPr>
        <w:t xml:space="preserve"> 1015 R (10 mm)</w:t>
      </w:r>
      <w:r>
        <w:t xml:space="preserve">: </w:t>
      </w:r>
      <w:r>
        <w:rPr>
          <w:color w:val="000000"/>
        </w:rPr>
        <w:t>6.5' length Fluorine-coated Galvalume</w:t>
      </w:r>
    </w:p>
    <w:p w14:paraId="0000013F" w14:textId="77777777" w:rsidR="009176E9" w:rsidRDefault="00B47E87">
      <w:pPr>
        <w:numPr>
          <w:ilvl w:val="0"/>
          <w:numId w:val="5"/>
        </w:numPr>
        <w:pBdr>
          <w:top w:val="nil"/>
          <w:left w:val="nil"/>
          <w:bottom w:val="nil"/>
          <w:right w:val="nil"/>
          <w:between w:val="nil"/>
        </w:pBdr>
        <w:spacing w:after="0"/>
      </w:pPr>
      <w:r>
        <w:rPr>
          <w:color w:val="000000"/>
        </w:rPr>
        <w:t>Double Flange Sealant Backer</w:t>
      </w:r>
      <w:r>
        <w:t xml:space="preserve">: </w:t>
      </w:r>
      <w:r>
        <w:rPr>
          <w:color w:val="000000"/>
        </w:rPr>
        <w:t>FH 1015 R (10 mm)</w:t>
      </w:r>
      <w:r>
        <w:t xml:space="preserve">: </w:t>
      </w:r>
      <w:r>
        <w:rPr>
          <w:color w:val="000000"/>
        </w:rPr>
        <w:t>10' length Fluorine-coated Galvalume</w:t>
      </w:r>
    </w:p>
    <w:p w14:paraId="00000140" w14:textId="77777777" w:rsidR="009176E9" w:rsidRDefault="00B47E87">
      <w:pPr>
        <w:numPr>
          <w:ilvl w:val="0"/>
          <w:numId w:val="5"/>
        </w:numPr>
        <w:pBdr>
          <w:top w:val="nil"/>
          <w:left w:val="nil"/>
          <w:bottom w:val="nil"/>
          <w:right w:val="nil"/>
          <w:between w:val="nil"/>
        </w:pBdr>
        <w:spacing w:after="0"/>
      </w:pPr>
      <w:r>
        <w:rPr>
          <w:color w:val="000000"/>
        </w:rPr>
        <w:t>Corrugated Spacer</w:t>
      </w:r>
      <w:r>
        <w:t xml:space="preserve">: </w:t>
      </w:r>
      <w:r>
        <w:rPr>
          <w:color w:val="000000"/>
        </w:rPr>
        <w:t>FS 1005 (5 mm), FS 1010 (10 mm)</w:t>
      </w:r>
      <w:r>
        <w:t xml:space="preserve">: </w:t>
      </w:r>
      <w:r>
        <w:rPr>
          <w:color w:val="000000"/>
        </w:rPr>
        <w:t>4' length</w:t>
      </w:r>
    </w:p>
    <w:p w14:paraId="00000141" w14:textId="77777777" w:rsidR="009176E9" w:rsidRDefault="00B47E87">
      <w:pPr>
        <w:numPr>
          <w:ilvl w:val="0"/>
          <w:numId w:val="5"/>
        </w:numPr>
        <w:spacing w:after="0"/>
      </w:pPr>
      <w:r>
        <w:t>Aluminum Trim: Paint as Specified in Finish Schedule:</w:t>
      </w:r>
    </w:p>
    <w:p w14:paraId="00000142" w14:textId="77777777" w:rsidR="009176E9" w:rsidRDefault="00B47E87">
      <w:pPr>
        <w:numPr>
          <w:ilvl w:val="1"/>
          <w:numId w:val="5"/>
        </w:numPr>
        <w:pBdr>
          <w:top w:val="nil"/>
          <w:left w:val="nil"/>
          <w:bottom w:val="nil"/>
          <w:right w:val="nil"/>
          <w:between w:val="nil"/>
        </w:pBdr>
        <w:spacing w:after="0"/>
      </w:pPr>
      <w:r>
        <w:rPr>
          <w:color w:val="000000"/>
        </w:rPr>
        <w:t>Profiles</w:t>
      </w:r>
      <w:r>
        <w:t xml:space="preserve">: </w:t>
      </w:r>
      <w:r>
        <w:rPr>
          <w:color w:val="000000"/>
        </w:rPr>
        <w:t>H-Mold, inside corner, and outside corner trim, available in 1-piece and 2-piece configurations</w:t>
      </w:r>
    </w:p>
    <w:p w14:paraId="00000143" w14:textId="77777777" w:rsidR="009176E9" w:rsidRDefault="00B47E87">
      <w:pPr>
        <w:numPr>
          <w:ilvl w:val="1"/>
          <w:numId w:val="5"/>
        </w:numPr>
        <w:pBdr>
          <w:top w:val="nil"/>
          <w:left w:val="nil"/>
          <w:bottom w:val="nil"/>
          <w:right w:val="nil"/>
          <w:between w:val="nil"/>
        </w:pBdr>
        <w:spacing w:after="0"/>
      </w:pPr>
      <w:r>
        <w:rPr>
          <w:color w:val="000000"/>
        </w:rPr>
        <w:t>Class 1 Clear Anodized Finish</w:t>
      </w:r>
      <w:r>
        <w:t xml:space="preserve">: </w:t>
      </w:r>
      <w:proofErr w:type="spellStart"/>
      <w:r>
        <w:rPr>
          <w:color w:val="000000"/>
        </w:rPr>
        <w:t>AAMA</w:t>
      </w:r>
      <w:proofErr w:type="spellEnd"/>
      <w:r>
        <w:rPr>
          <w:color w:val="000000"/>
        </w:rPr>
        <w:t xml:space="preserve"> 611 AA-M12C22A41 clear anodic coating</w:t>
      </w:r>
    </w:p>
    <w:p w14:paraId="00000144" w14:textId="77777777" w:rsidR="009176E9" w:rsidRDefault="00B47E87">
      <w:pPr>
        <w:numPr>
          <w:ilvl w:val="0"/>
          <w:numId w:val="5"/>
        </w:numPr>
        <w:spacing w:after="0"/>
      </w:pPr>
      <w:r>
        <w:t>Essential Flashing System:</w:t>
      </w:r>
    </w:p>
    <w:p w14:paraId="00000145" w14:textId="77777777" w:rsidR="009176E9" w:rsidRDefault="00B47E87">
      <w:pPr>
        <w:numPr>
          <w:ilvl w:val="1"/>
          <w:numId w:val="5"/>
        </w:numPr>
        <w:pBdr>
          <w:top w:val="nil"/>
          <w:left w:val="nil"/>
          <w:bottom w:val="nil"/>
          <w:right w:val="nil"/>
          <w:between w:val="nil"/>
        </w:pBdr>
        <w:spacing w:after="0"/>
      </w:pPr>
      <w:r>
        <w:rPr>
          <w:color w:val="000000"/>
        </w:rPr>
        <w:t>Starter</w:t>
      </w:r>
      <w:r>
        <w:t xml:space="preserve">: </w:t>
      </w:r>
      <w:r>
        <w:rPr>
          <w:color w:val="000000"/>
        </w:rPr>
        <w:t>Main segments (</w:t>
      </w:r>
      <w:r>
        <w:t>3030</w:t>
      </w:r>
      <w:r>
        <w:rPr>
          <w:color w:val="000000"/>
        </w:rPr>
        <w:t xml:space="preserve"> mm), inside corners, outside corners</w:t>
      </w:r>
    </w:p>
    <w:p w14:paraId="00000146" w14:textId="77777777" w:rsidR="009176E9" w:rsidRDefault="00B47E87">
      <w:pPr>
        <w:numPr>
          <w:ilvl w:val="1"/>
          <w:numId w:val="5"/>
        </w:numPr>
        <w:pBdr>
          <w:top w:val="nil"/>
          <w:left w:val="nil"/>
          <w:bottom w:val="nil"/>
          <w:right w:val="nil"/>
          <w:between w:val="nil"/>
        </w:pBdr>
        <w:spacing w:after="0"/>
      </w:pPr>
      <w:r>
        <w:rPr>
          <w:color w:val="000000"/>
        </w:rPr>
        <w:t>Overhang</w:t>
      </w:r>
      <w:r>
        <w:t xml:space="preserve">: </w:t>
      </w:r>
      <w:r>
        <w:rPr>
          <w:color w:val="000000"/>
        </w:rPr>
        <w:t>Main segments (</w:t>
      </w:r>
      <w:r>
        <w:t>3030</w:t>
      </w:r>
      <w:r>
        <w:rPr>
          <w:color w:val="000000"/>
        </w:rPr>
        <w:t xml:space="preserve"> mm), inside corners, outside corners, joint clips</w:t>
      </w:r>
    </w:p>
    <w:p w14:paraId="00000147" w14:textId="77777777" w:rsidR="009176E9" w:rsidRDefault="00B47E87">
      <w:pPr>
        <w:numPr>
          <w:ilvl w:val="0"/>
          <w:numId w:val="5"/>
        </w:numPr>
        <w:spacing w:after="0"/>
      </w:pPr>
      <w:r>
        <w:t>Fasteners: Corrosion Resistant Fasteners:</w:t>
      </w:r>
    </w:p>
    <w:p w14:paraId="00000148" w14:textId="77777777" w:rsidR="009176E9" w:rsidRDefault="00B47E87">
      <w:pPr>
        <w:numPr>
          <w:ilvl w:val="1"/>
          <w:numId w:val="5"/>
        </w:numPr>
        <w:spacing w:after="0"/>
      </w:pPr>
      <w:r>
        <w:lastRenderedPageBreak/>
        <w:t>See manufacturer's instructions for appropriate fasteners for construction method use. See Section 076200.</w:t>
      </w:r>
    </w:p>
    <w:p w14:paraId="00000149" w14:textId="77777777" w:rsidR="009176E9" w:rsidRDefault="00B47E87">
      <w:pPr>
        <w:numPr>
          <w:ilvl w:val="1"/>
          <w:numId w:val="5"/>
        </w:numPr>
        <w:pBdr>
          <w:top w:val="nil"/>
          <w:left w:val="nil"/>
          <w:bottom w:val="nil"/>
          <w:right w:val="nil"/>
          <w:between w:val="nil"/>
        </w:pBdr>
        <w:spacing w:after="0"/>
        <w:rPr>
          <w:color w:val="000000"/>
        </w:rPr>
      </w:pPr>
      <w:r>
        <w:rPr>
          <w:color w:val="000000"/>
        </w:rPr>
        <w:t>Hot-dipped galvanized screws appropriate to local building codes and practices</w:t>
      </w:r>
    </w:p>
    <w:p w14:paraId="0000014A" w14:textId="77777777" w:rsidR="009176E9" w:rsidRDefault="00B47E87">
      <w:pPr>
        <w:numPr>
          <w:ilvl w:val="1"/>
          <w:numId w:val="5"/>
        </w:numPr>
        <w:pBdr>
          <w:top w:val="nil"/>
          <w:left w:val="nil"/>
          <w:bottom w:val="nil"/>
          <w:right w:val="nil"/>
          <w:between w:val="nil"/>
        </w:pBdr>
        <w:spacing w:after="0"/>
        <w:rPr>
          <w:color w:val="000000"/>
        </w:rPr>
      </w:pPr>
      <w:r>
        <w:rPr>
          <w:color w:val="000000"/>
        </w:rPr>
        <w:t>Stainless steel fasteners in high-humidity, high-moisture regions</w:t>
      </w:r>
    </w:p>
    <w:p w14:paraId="0000014B" w14:textId="77777777" w:rsidR="009176E9" w:rsidRDefault="00B47E87">
      <w:pPr>
        <w:numPr>
          <w:ilvl w:val="1"/>
          <w:numId w:val="5"/>
        </w:numPr>
        <w:pBdr>
          <w:top w:val="nil"/>
          <w:left w:val="nil"/>
          <w:bottom w:val="nil"/>
          <w:right w:val="nil"/>
          <w:between w:val="nil"/>
        </w:pBdr>
        <w:spacing w:after="0"/>
        <w:rPr>
          <w:color w:val="000000"/>
        </w:rPr>
      </w:pPr>
      <w:r>
        <w:rPr>
          <w:color w:val="000000"/>
        </w:rPr>
        <w:t>Do not use aluminum fasteners</w:t>
      </w:r>
    </w:p>
    <w:p w14:paraId="0000014C" w14:textId="77777777" w:rsidR="009176E9" w:rsidRDefault="00B47E87">
      <w:pPr>
        <w:numPr>
          <w:ilvl w:val="1"/>
          <w:numId w:val="5"/>
        </w:numPr>
        <w:pBdr>
          <w:top w:val="nil"/>
          <w:left w:val="nil"/>
          <w:bottom w:val="nil"/>
          <w:right w:val="nil"/>
          <w:between w:val="nil"/>
        </w:pBdr>
        <w:spacing w:after="0"/>
        <w:rPr>
          <w:color w:val="000000"/>
        </w:rPr>
      </w:pPr>
      <w:r>
        <w:rPr>
          <w:color w:val="000000"/>
        </w:rPr>
        <w:t>Manufacturer is not liable for inappropriate fasteners</w:t>
      </w:r>
    </w:p>
    <w:p w14:paraId="0000014D" w14:textId="77777777" w:rsidR="009176E9" w:rsidRDefault="00B47E87">
      <w:pPr>
        <w:numPr>
          <w:ilvl w:val="0"/>
          <w:numId w:val="5"/>
        </w:numPr>
        <w:pBdr>
          <w:top w:val="nil"/>
          <w:left w:val="nil"/>
          <w:bottom w:val="nil"/>
          <w:right w:val="nil"/>
          <w:between w:val="nil"/>
        </w:pBdr>
        <w:spacing w:after="0"/>
      </w:pPr>
      <w:r>
        <w:rPr>
          <w:color w:val="000000"/>
        </w:rPr>
        <w:t>Flashing</w:t>
      </w:r>
      <w:r>
        <w:t xml:space="preserve">: </w:t>
      </w:r>
      <w:r>
        <w:rPr>
          <w:color w:val="000000"/>
        </w:rPr>
        <w:t>Must be galvanized, anodized, or PVC-coated. Do not use raw aluminum</w:t>
      </w:r>
    </w:p>
    <w:p w14:paraId="0000014E" w14:textId="77777777" w:rsidR="009176E9" w:rsidRDefault="00B47E87">
      <w:pPr>
        <w:numPr>
          <w:ilvl w:val="0"/>
          <w:numId w:val="5"/>
        </w:numPr>
        <w:pBdr>
          <w:top w:val="nil"/>
          <w:left w:val="nil"/>
          <w:bottom w:val="nil"/>
          <w:right w:val="nil"/>
          <w:between w:val="nil"/>
        </w:pBdr>
        <w:spacing w:after="0"/>
      </w:pPr>
      <w:r>
        <w:rPr>
          <w:color w:val="000000"/>
        </w:rPr>
        <w:t>Furring Strips</w:t>
      </w:r>
      <w:r>
        <w:t xml:space="preserve">: </w:t>
      </w:r>
      <w:r>
        <w:rPr>
          <w:color w:val="000000"/>
        </w:rPr>
        <w:t>Furring channels in accordance with manufacturer's requirements</w:t>
      </w:r>
    </w:p>
    <w:p w14:paraId="0000014F" w14:textId="77777777" w:rsidR="009176E9" w:rsidRDefault="00B47E87">
      <w:pPr>
        <w:numPr>
          <w:ilvl w:val="0"/>
          <w:numId w:val="5"/>
        </w:numPr>
        <w:pBdr>
          <w:top w:val="nil"/>
          <w:left w:val="nil"/>
          <w:bottom w:val="nil"/>
          <w:right w:val="nil"/>
          <w:between w:val="nil"/>
        </w:pBdr>
        <w:spacing w:after="60"/>
      </w:pPr>
      <w:r>
        <w:rPr>
          <w:color w:val="000000"/>
        </w:rPr>
        <w:t>Sealant</w:t>
      </w:r>
      <w:r>
        <w:t xml:space="preserve">: </w:t>
      </w:r>
      <w:r>
        <w:rPr>
          <w:color w:val="000000"/>
        </w:rPr>
        <w:t>Sealant shall comply with ASTM C920, Class 35</w:t>
      </w:r>
      <w:r>
        <w:br w:type="page"/>
      </w:r>
    </w:p>
    <w:p w14:paraId="00000150" w14:textId="77777777" w:rsidR="009176E9" w:rsidRDefault="00B47E87">
      <w:pPr>
        <w:pStyle w:val="Heading1"/>
        <w:spacing w:before="240" w:after="120"/>
      </w:pPr>
      <w:r>
        <w:lastRenderedPageBreak/>
        <w:t>PART III: EXECUTION</w:t>
      </w:r>
    </w:p>
    <w:p w14:paraId="00000151" w14:textId="77777777" w:rsidR="009176E9" w:rsidRDefault="00B47E87">
      <w:pPr>
        <w:pStyle w:val="Heading2"/>
        <w:spacing w:after="80"/>
      </w:pPr>
      <w:r>
        <w:rPr>
          <w:sz w:val="24"/>
          <w:szCs w:val="24"/>
        </w:rPr>
        <w:t>3.1 EXAMINATION</w:t>
      </w:r>
    </w:p>
    <w:p w14:paraId="00000152" w14:textId="77777777" w:rsidR="009176E9" w:rsidRDefault="00B47E87">
      <w:pPr>
        <w:numPr>
          <w:ilvl w:val="0"/>
          <w:numId w:val="8"/>
        </w:numPr>
        <w:pBdr>
          <w:top w:val="nil"/>
          <w:left w:val="nil"/>
          <w:bottom w:val="nil"/>
          <w:right w:val="nil"/>
          <w:between w:val="nil"/>
        </w:pBdr>
        <w:spacing w:after="0"/>
        <w:rPr>
          <w:color w:val="000000"/>
        </w:rPr>
      </w:pPr>
      <w:r>
        <w:rPr>
          <w:color w:val="000000"/>
        </w:rPr>
        <w:t>Verification of Conditions</w:t>
      </w:r>
    </w:p>
    <w:p w14:paraId="00000153" w14:textId="786196BA" w:rsidR="009176E9" w:rsidRDefault="00B47E87">
      <w:pPr>
        <w:numPr>
          <w:ilvl w:val="0"/>
          <w:numId w:val="8"/>
        </w:numPr>
        <w:pBdr>
          <w:top w:val="nil"/>
          <w:left w:val="nil"/>
          <w:bottom w:val="nil"/>
          <w:right w:val="nil"/>
          <w:between w:val="nil"/>
        </w:pBdr>
        <w:spacing w:after="0"/>
      </w:pPr>
      <w:r>
        <w:rPr>
          <w:color w:val="000000"/>
        </w:rPr>
        <w:t>Consult with Nichiha Technical Support</w:t>
      </w:r>
      <w:r>
        <w:t xml:space="preserve">: </w:t>
      </w:r>
      <w:hyperlink r:id="rId17" w:history="1">
        <w:r w:rsidRPr="00BB1F2F">
          <w:rPr>
            <w:rStyle w:val="Hyperlink"/>
          </w:rPr>
          <w:t>technicalservices@nichiha.com</w:t>
        </w:r>
      </w:hyperlink>
      <w:r>
        <w:rPr>
          <w:color w:val="000000"/>
        </w:rPr>
        <w:t>, (866) 424-4421</w:t>
      </w:r>
    </w:p>
    <w:p w14:paraId="00000154" w14:textId="77777777" w:rsidR="009176E9" w:rsidRDefault="00B47E87">
      <w:pPr>
        <w:numPr>
          <w:ilvl w:val="0"/>
          <w:numId w:val="8"/>
        </w:numPr>
        <w:spacing w:after="0"/>
      </w:pPr>
      <w:r>
        <w:t>Fiber Cement Panels: Architectural Wall Panels (AWP) can be installed over:</w:t>
      </w:r>
    </w:p>
    <w:p w14:paraId="00000155" w14:textId="77777777" w:rsidR="009176E9" w:rsidRDefault="00B47E87">
      <w:pPr>
        <w:numPr>
          <w:ilvl w:val="1"/>
          <w:numId w:val="8"/>
        </w:numPr>
        <w:pBdr>
          <w:top w:val="nil"/>
          <w:left w:val="nil"/>
          <w:bottom w:val="nil"/>
          <w:right w:val="nil"/>
          <w:between w:val="nil"/>
        </w:pBdr>
        <w:spacing w:after="0"/>
        <w:rPr>
          <w:color w:val="000000"/>
          <w:sz w:val="20"/>
          <w:szCs w:val="20"/>
        </w:rPr>
      </w:pPr>
      <w:r>
        <w:rPr>
          <w:color w:val="000000"/>
          <w:sz w:val="20"/>
          <w:szCs w:val="20"/>
        </w:rPr>
        <w:t>Wood studs</w:t>
      </w:r>
    </w:p>
    <w:p w14:paraId="00000156" w14:textId="77777777" w:rsidR="009176E9" w:rsidRDefault="00B47E87">
      <w:pPr>
        <w:numPr>
          <w:ilvl w:val="1"/>
          <w:numId w:val="8"/>
        </w:numPr>
        <w:pBdr>
          <w:top w:val="nil"/>
          <w:left w:val="nil"/>
          <w:bottom w:val="nil"/>
          <w:right w:val="nil"/>
          <w:between w:val="nil"/>
        </w:pBdr>
        <w:spacing w:after="0"/>
        <w:rPr>
          <w:color w:val="000000"/>
          <w:sz w:val="20"/>
          <w:szCs w:val="20"/>
        </w:rPr>
      </w:pPr>
      <w:r>
        <w:rPr>
          <w:color w:val="000000"/>
          <w:sz w:val="20"/>
          <w:szCs w:val="20"/>
        </w:rPr>
        <w:t>Steel studs</w:t>
      </w:r>
    </w:p>
    <w:p w14:paraId="00000157" w14:textId="77777777" w:rsidR="009176E9" w:rsidRDefault="00B47E87">
      <w:pPr>
        <w:numPr>
          <w:ilvl w:val="1"/>
          <w:numId w:val="8"/>
        </w:numPr>
        <w:pBdr>
          <w:top w:val="nil"/>
          <w:left w:val="nil"/>
          <w:bottom w:val="nil"/>
          <w:right w:val="nil"/>
          <w:between w:val="nil"/>
        </w:pBdr>
        <w:spacing w:after="0"/>
        <w:rPr>
          <w:color w:val="000000"/>
          <w:sz w:val="20"/>
          <w:szCs w:val="20"/>
        </w:rPr>
      </w:pPr>
      <w:r>
        <w:rPr>
          <w:color w:val="000000"/>
          <w:sz w:val="20"/>
          <w:szCs w:val="20"/>
        </w:rPr>
        <w:t>Sheathing including plywood, OSB, and plywood nailbase sheathing</w:t>
      </w:r>
    </w:p>
    <w:p w14:paraId="00000158" w14:textId="77777777" w:rsidR="009176E9" w:rsidRDefault="00B47E87">
      <w:pPr>
        <w:numPr>
          <w:ilvl w:val="1"/>
          <w:numId w:val="8"/>
        </w:numPr>
        <w:pBdr>
          <w:top w:val="nil"/>
          <w:left w:val="nil"/>
          <w:bottom w:val="nil"/>
          <w:right w:val="nil"/>
          <w:between w:val="nil"/>
        </w:pBdr>
        <w:spacing w:after="0"/>
        <w:rPr>
          <w:color w:val="000000"/>
          <w:sz w:val="20"/>
          <w:szCs w:val="20"/>
        </w:rPr>
      </w:pPr>
      <w:r>
        <w:rPr>
          <w:color w:val="000000"/>
          <w:sz w:val="20"/>
          <w:szCs w:val="20"/>
        </w:rPr>
        <w:t>Fiberboard sheathing</w:t>
      </w:r>
    </w:p>
    <w:p w14:paraId="00000159" w14:textId="77777777" w:rsidR="009176E9" w:rsidRDefault="00B47E87">
      <w:pPr>
        <w:numPr>
          <w:ilvl w:val="1"/>
          <w:numId w:val="8"/>
        </w:numPr>
        <w:pBdr>
          <w:top w:val="nil"/>
          <w:left w:val="nil"/>
          <w:bottom w:val="nil"/>
          <w:right w:val="nil"/>
          <w:between w:val="nil"/>
        </w:pBdr>
        <w:spacing w:after="0"/>
        <w:rPr>
          <w:color w:val="000000"/>
          <w:sz w:val="20"/>
          <w:szCs w:val="20"/>
        </w:rPr>
      </w:pPr>
      <w:r>
        <w:rPr>
          <w:color w:val="000000"/>
          <w:sz w:val="20"/>
          <w:szCs w:val="20"/>
        </w:rPr>
        <w:t>Continuous insulation up to 1" thickness (furring strips required for insulation over 1" thickness or under 15 psi compressive strength)</w:t>
      </w:r>
    </w:p>
    <w:p w14:paraId="0000015A" w14:textId="77777777" w:rsidR="009176E9" w:rsidRDefault="00B47E87">
      <w:pPr>
        <w:numPr>
          <w:ilvl w:val="1"/>
          <w:numId w:val="8"/>
        </w:numPr>
        <w:pBdr>
          <w:top w:val="nil"/>
          <w:left w:val="nil"/>
          <w:bottom w:val="nil"/>
          <w:right w:val="nil"/>
          <w:between w:val="nil"/>
        </w:pBdr>
        <w:spacing w:after="0"/>
        <w:rPr>
          <w:color w:val="000000"/>
          <w:sz w:val="20"/>
          <w:szCs w:val="20"/>
        </w:rPr>
      </w:pPr>
      <w:r>
        <w:rPr>
          <w:color w:val="000000"/>
          <w:sz w:val="20"/>
          <w:szCs w:val="20"/>
        </w:rPr>
        <w:t>Structural Insulated Panels (</w:t>
      </w:r>
      <w:proofErr w:type="spellStart"/>
      <w:r>
        <w:rPr>
          <w:color w:val="000000"/>
          <w:sz w:val="20"/>
          <w:szCs w:val="20"/>
        </w:rPr>
        <w:t>SIPs</w:t>
      </w:r>
      <w:proofErr w:type="spellEnd"/>
      <w:r>
        <w:rPr>
          <w:color w:val="000000"/>
          <w:sz w:val="20"/>
          <w:szCs w:val="20"/>
        </w:rPr>
        <w:t>)</w:t>
      </w:r>
    </w:p>
    <w:p w14:paraId="0000015B" w14:textId="77777777" w:rsidR="009176E9" w:rsidRDefault="00B47E87">
      <w:pPr>
        <w:numPr>
          <w:ilvl w:val="1"/>
          <w:numId w:val="8"/>
        </w:numPr>
        <w:pBdr>
          <w:top w:val="nil"/>
          <w:left w:val="nil"/>
          <w:bottom w:val="nil"/>
          <w:right w:val="nil"/>
          <w:between w:val="nil"/>
        </w:pBdr>
        <w:spacing w:after="0"/>
        <w:rPr>
          <w:color w:val="000000"/>
          <w:sz w:val="20"/>
          <w:szCs w:val="20"/>
        </w:rPr>
      </w:pPr>
      <w:r>
        <w:rPr>
          <w:color w:val="000000"/>
          <w:sz w:val="20"/>
          <w:szCs w:val="20"/>
        </w:rPr>
        <w:t>Concrete Masonry Units with furring strips</w:t>
      </w:r>
    </w:p>
    <w:p w14:paraId="0000015C" w14:textId="77777777" w:rsidR="009176E9" w:rsidRDefault="00B47E87">
      <w:pPr>
        <w:numPr>
          <w:ilvl w:val="1"/>
          <w:numId w:val="8"/>
        </w:numPr>
        <w:pBdr>
          <w:top w:val="nil"/>
          <w:left w:val="nil"/>
          <w:bottom w:val="nil"/>
          <w:right w:val="nil"/>
          <w:between w:val="nil"/>
        </w:pBdr>
        <w:spacing w:after="0"/>
        <w:rPr>
          <w:color w:val="000000"/>
          <w:sz w:val="20"/>
          <w:szCs w:val="20"/>
        </w:rPr>
      </w:pPr>
      <w:r>
        <w:rPr>
          <w:color w:val="000000"/>
          <w:sz w:val="20"/>
          <w:szCs w:val="20"/>
        </w:rPr>
        <w:t>Concrete Block Structures (CBS) with furring strips</w:t>
      </w:r>
    </w:p>
    <w:p w14:paraId="0000015D" w14:textId="77777777" w:rsidR="009176E9" w:rsidRDefault="00B47E87">
      <w:pPr>
        <w:numPr>
          <w:ilvl w:val="1"/>
          <w:numId w:val="8"/>
        </w:numPr>
        <w:pBdr>
          <w:top w:val="nil"/>
          <w:left w:val="nil"/>
          <w:bottom w:val="nil"/>
          <w:right w:val="nil"/>
          <w:between w:val="nil"/>
        </w:pBdr>
        <w:spacing w:after="0"/>
        <w:rPr>
          <w:color w:val="000000"/>
          <w:sz w:val="20"/>
          <w:szCs w:val="20"/>
        </w:rPr>
      </w:pPr>
      <w:r>
        <w:rPr>
          <w:color w:val="000000"/>
          <w:sz w:val="20"/>
          <w:szCs w:val="20"/>
        </w:rPr>
        <w:t>Pre-engineered metal construction</w:t>
      </w:r>
    </w:p>
    <w:p w14:paraId="0000015E" w14:textId="77777777" w:rsidR="009176E9" w:rsidRDefault="00B47E87">
      <w:pPr>
        <w:numPr>
          <w:ilvl w:val="1"/>
          <w:numId w:val="8"/>
        </w:numPr>
        <w:pBdr>
          <w:top w:val="nil"/>
          <w:left w:val="nil"/>
          <w:bottom w:val="nil"/>
          <w:right w:val="nil"/>
          <w:between w:val="nil"/>
        </w:pBdr>
        <w:spacing w:after="0"/>
        <w:rPr>
          <w:sz w:val="20"/>
          <w:szCs w:val="20"/>
        </w:rPr>
      </w:pPr>
      <w:r>
        <w:rPr>
          <w:color w:val="000000"/>
          <w:sz w:val="20"/>
          <w:szCs w:val="20"/>
        </w:rPr>
        <w:t>Insulated Concrete Forms (</w:t>
      </w:r>
      <w:proofErr w:type="spellStart"/>
      <w:r>
        <w:rPr>
          <w:color w:val="000000"/>
          <w:sz w:val="20"/>
          <w:szCs w:val="20"/>
        </w:rPr>
        <w:t>ICFs</w:t>
      </w:r>
      <w:proofErr w:type="spellEnd"/>
      <w:r>
        <w:rPr>
          <w:color w:val="000000"/>
          <w:sz w:val="20"/>
          <w:szCs w:val="20"/>
        </w:rPr>
        <w:t>)</w:t>
      </w:r>
      <w:r>
        <w:rPr>
          <w:sz w:val="20"/>
          <w:szCs w:val="20"/>
        </w:rPr>
        <w:t xml:space="preserve">: </w:t>
      </w:r>
      <w:r>
        <w:rPr>
          <w:color w:val="000000"/>
          <w:sz w:val="20"/>
          <w:szCs w:val="20"/>
        </w:rPr>
        <w:t>may require added measures</w:t>
      </w:r>
    </w:p>
    <w:p w14:paraId="0000015F" w14:textId="77777777" w:rsidR="009176E9" w:rsidRDefault="00B47E87">
      <w:pPr>
        <w:numPr>
          <w:ilvl w:val="0"/>
          <w:numId w:val="8"/>
        </w:numPr>
        <w:pBdr>
          <w:top w:val="nil"/>
          <w:left w:val="nil"/>
          <w:bottom w:val="nil"/>
          <w:right w:val="nil"/>
          <w:between w:val="nil"/>
        </w:pBdr>
        <w:spacing w:after="0"/>
        <w:rPr>
          <w:color w:val="000000"/>
        </w:rPr>
      </w:pPr>
      <w:r>
        <w:rPr>
          <w:color w:val="000000"/>
        </w:rPr>
        <w:t>Allowable stud spacing: 16" o.c. maximum</w:t>
      </w:r>
    </w:p>
    <w:p w14:paraId="00000160" w14:textId="77777777" w:rsidR="009176E9" w:rsidRDefault="00B47E87">
      <w:pPr>
        <w:numPr>
          <w:ilvl w:val="1"/>
          <w:numId w:val="8"/>
        </w:numPr>
        <w:pBdr>
          <w:top w:val="nil"/>
          <w:left w:val="nil"/>
          <w:bottom w:val="nil"/>
          <w:right w:val="nil"/>
          <w:between w:val="nil"/>
        </w:pBdr>
        <w:spacing w:after="0"/>
      </w:pPr>
      <w:r>
        <w:t>17-⅞” o.c. maximum for 3030mm panels installed vertically</w:t>
      </w:r>
    </w:p>
    <w:p w14:paraId="00000161" w14:textId="77777777" w:rsidR="009176E9" w:rsidRDefault="00B47E87">
      <w:pPr>
        <w:numPr>
          <w:ilvl w:val="0"/>
          <w:numId w:val="8"/>
        </w:numPr>
        <w:pBdr>
          <w:top w:val="nil"/>
          <w:left w:val="nil"/>
          <w:bottom w:val="nil"/>
          <w:right w:val="nil"/>
          <w:between w:val="nil"/>
        </w:pBdr>
        <w:spacing w:after="0"/>
        <w:rPr>
          <w:color w:val="000000"/>
        </w:rPr>
      </w:pPr>
      <w:r>
        <w:rPr>
          <w:color w:val="000000"/>
        </w:rPr>
        <w:t>A weather-resistant barrier is required when installing fiber cement panels. Use an approved weather-resistive barrier (</w:t>
      </w:r>
      <w:proofErr w:type="spellStart"/>
      <w:r>
        <w:rPr>
          <w:color w:val="000000"/>
        </w:rPr>
        <w:t>WRB</w:t>
      </w:r>
      <w:proofErr w:type="spellEnd"/>
      <w:r>
        <w:rPr>
          <w:color w:val="000000"/>
        </w:rPr>
        <w:t>) as defined by the IBC or IRC. Refer to local building codes</w:t>
      </w:r>
    </w:p>
    <w:p w14:paraId="00000162" w14:textId="77777777" w:rsidR="009176E9" w:rsidRDefault="00B47E87">
      <w:pPr>
        <w:numPr>
          <w:ilvl w:val="0"/>
          <w:numId w:val="8"/>
        </w:numPr>
        <w:pBdr>
          <w:top w:val="nil"/>
          <w:left w:val="nil"/>
          <w:bottom w:val="nil"/>
          <w:right w:val="nil"/>
          <w:between w:val="nil"/>
        </w:pBdr>
        <w:spacing w:after="0"/>
        <w:rPr>
          <w:color w:val="000000"/>
        </w:rPr>
      </w:pPr>
      <w:r>
        <w:rPr>
          <w:color w:val="000000"/>
        </w:rPr>
        <w:t>Appropriate metal flashing to prevent moisture penetration around all doors, windows, wall bottoms, material transitions, and penetrations. Refer to local building codes</w:t>
      </w:r>
    </w:p>
    <w:p w14:paraId="00000163" w14:textId="77777777" w:rsidR="009176E9" w:rsidRDefault="00B47E87">
      <w:pPr>
        <w:numPr>
          <w:ilvl w:val="0"/>
          <w:numId w:val="8"/>
        </w:numPr>
        <w:pBdr>
          <w:top w:val="nil"/>
          <w:left w:val="nil"/>
          <w:bottom w:val="nil"/>
          <w:right w:val="nil"/>
          <w:between w:val="nil"/>
        </w:pBdr>
        <w:spacing w:after="0"/>
        <w:rPr>
          <w:color w:val="000000"/>
        </w:rPr>
      </w:pPr>
      <w:r>
        <w:rPr>
          <w:color w:val="000000"/>
        </w:rPr>
        <w:t>Examine site to ensure substrate conditions are within alignment tolerances: plumb and level within ±1/4" over a 20-foot span in any direction</w:t>
      </w:r>
    </w:p>
    <w:p w14:paraId="00000164" w14:textId="77777777" w:rsidR="009176E9" w:rsidRDefault="00B47E87">
      <w:pPr>
        <w:numPr>
          <w:ilvl w:val="0"/>
          <w:numId w:val="8"/>
        </w:numPr>
        <w:pBdr>
          <w:top w:val="nil"/>
          <w:left w:val="nil"/>
          <w:bottom w:val="nil"/>
          <w:right w:val="nil"/>
          <w:between w:val="nil"/>
        </w:pBdr>
        <w:spacing w:after="0"/>
        <w:rPr>
          <w:color w:val="000000"/>
        </w:rPr>
      </w:pPr>
      <w:r>
        <w:rPr>
          <w:color w:val="000000"/>
        </w:rPr>
        <w:t>Do not install panels or components that appear to be damaged or defective</w:t>
      </w:r>
    </w:p>
    <w:p w14:paraId="00000165" w14:textId="77777777" w:rsidR="009176E9" w:rsidRDefault="00B47E87">
      <w:pPr>
        <w:numPr>
          <w:ilvl w:val="0"/>
          <w:numId w:val="8"/>
        </w:numPr>
        <w:pBdr>
          <w:top w:val="nil"/>
          <w:left w:val="nil"/>
          <w:bottom w:val="nil"/>
          <w:right w:val="nil"/>
          <w:between w:val="nil"/>
        </w:pBdr>
        <w:spacing w:after="60"/>
        <w:rPr>
          <w:color w:val="000000"/>
        </w:rPr>
      </w:pPr>
      <w:r>
        <w:rPr>
          <w:color w:val="000000"/>
        </w:rPr>
        <w:t>Do not install wet panels</w:t>
      </w:r>
    </w:p>
    <w:p w14:paraId="00000166" w14:textId="77777777" w:rsidR="009176E9" w:rsidRDefault="00B47E87">
      <w:pPr>
        <w:pStyle w:val="Heading2"/>
        <w:spacing w:after="80"/>
      </w:pPr>
      <w:r>
        <w:rPr>
          <w:sz w:val="24"/>
          <w:szCs w:val="24"/>
        </w:rPr>
        <w:t>3.2 INSTALLATION</w:t>
      </w:r>
    </w:p>
    <w:p w14:paraId="00000167" w14:textId="19D7F207" w:rsidR="009176E9" w:rsidRDefault="00B47E87">
      <w:pPr>
        <w:numPr>
          <w:ilvl w:val="0"/>
          <w:numId w:val="17"/>
        </w:numPr>
        <w:pBdr>
          <w:top w:val="nil"/>
          <w:left w:val="nil"/>
          <w:bottom w:val="nil"/>
          <w:right w:val="nil"/>
          <w:between w:val="nil"/>
        </w:pBdr>
        <w:spacing w:after="0"/>
      </w:pPr>
      <w:r>
        <w:rPr>
          <w:color w:val="000000"/>
        </w:rPr>
        <w:t>Nichiha Technical Support</w:t>
      </w:r>
      <w:r>
        <w:t xml:space="preserve">: </w:t>
      </w:r>
      <w:hyperlink r:id="rId18" w:history="1">
        <w:r w:rsidRPr="00BB1F2F">
          <w:rPr>
            <w:rStyle w:val="Hyperlink"/>
          </w:rPr>
          <w:t>technicalservices@nichiha.com</w:t>
        </w:r>
      </w:hyperlink>
      <w:r>
        <w:rPr>
          <w:color w:val="000000"/>
        </w:rPr>
        <w:t>, (866) 424-4421</w:t>
      </w:r>
    </w:p>
    <w:p w14:paraId="00000168" w14:textId="77777777" w:rsidR="009176E9" w:rsidRDefault="00B47E87">
      <w:pPr>
        <w:numPr>
          <w:ilvl w:val="0"/>
          <w:numId w:val="17"/>
        </w:numPr>
        <w:pBdr>
          <w:top w:val="nil"/>
          <w:left w:val="nil"/>
          <w:bottom w:val="nil"/>
          <w:right w:val="nil"/>
          <w:between w:val="nil"/>
        </w:pBdr>
        <w:spacing w:after="0"/>
        <w:rPr>
          <w:color w:val="000000"/>
        </w:rPr>
      </w:pPr>
      <w:r>
        <w:rPr>
          <w:color w:val="000000"/>
        </w:rPr>
        <w:t>Compression and expansion joints must follow Nichiha published details. No substitutions</w:t>
      </w:r>
    </w:p>
    <w:p w14:paraId="00000169" w14:textId="77777777" w:rsidR="009176E9" w:rsidRDefault="00B47E87">
      <w:pPr>
        <w:numPr>
          <w:ilvl w:val="0"/>
          <w:numId w:val="17"/>
        </w:numPr>
        <w:pBdr>
          <w:top w:val="nil"/>
          <w:left w:val="nil"/>
          <w:bottom w:val="nil"/>
          <w:right w:val="nil"/>
          <w:between w:val="nil"/>
        </w:pBdr>
        <w:spacing w:after="0"/>
      </w:pPr>
      <w:r>
        <w:rPr>
          <w:color w:val="000000"/>
        </w:rPr>
        <w:t>General</w:t>
      </w:r>
      <w:r>
        <w:t xml:space="preserve">: </w:t>
      </w:r>
      <w:r>
        <w:rPr>
          <w:color w:val="000000"/>
        </w:rPr>
        <w:t>Install Architectural Wall Panels (AWP) according to the latest installation guidelines of the manufacturer and follow all applicable building codes and other laws, rules, regulations, and ordinances. Review all manufacturer installation, maintenance instructions, and other applicable documents before installation</w:t>
      </w:r>
    </w:p>
    <w:p w14:paraId="0000016A" w14:textId="77777777" w:rsidR="009176E9" w:rsidRDefault="00B47E87">
      <w:pPr>
        <w:numPr>
          <w:ilvl w:val="0"/>
          <w:numId w:val="17"/>
        </w:numPr>
        <w:pBdr>
          <w:top w:val="nil"/>
          <w:left w:val="nil"/>
          <w:bottom w:val="nil"/>
          <w:right w:val="nil"/>
          <w:between w:val="nil"/>
        </w:pBdr>
        <w:spacing w:after="0"/>
      </w:pPr>
      <w:r>
        <w:rPr>
          <w:color w:val="000000"/>
        </w:rPr>
        <w:t>Consult the local Nichiha dealer or Nichiha Technical Support</w:t>
      </w:r>
      <w:r>
        <w:t>:</w:t>
      </w:r>
    </w:p>
    <w:p w14:paraId="0000016B" w14:textId="1A69085B" w:rsidR="009176E9" w:rsidRDefault="003B76F9">
      <w:pPr>
        <w:numPr>
          <w:ilvl w:val="1"/>
          <w:numId w:val="17"/>
        </w:numPr>
        <w:pBdr>
          <w:top w:val="nil"/>
          <w:left w:val="nil"/>
          <w:bottom w:val="nil"/>
          <w:right w:val="nil"/>
          <w:between w:val="nil"/>
        </w:pBdr>
        <w:spacing w:after="0"/>
      </w:pPr>
      <w:hyperlink r:id="rId19" w:history="1">
        <w:r w:rsidR="00B47E87" w:rsidRPr="00BB1F2F">
          <w:rPr>
            <w:rStyle w:val="Hyperlink"/>
          </w:rPr>
          <w:t>technicalservices@nichiha.com</w:t>
        </w:r>
      </w:hyperlink>
      <w:r w:rsidR="00B47E87">
        <w:rPr>
          <w:color w:val="000000"/>
        </w:rPr>
        <w:t>, (866) 424-4421</w:t>
      </w:r>
      <w:r w:rsidR="00B47E87">
        <w:t xml:space="preserve">: </w:t>
      </w:r>
      <w:r w:rsidR="00B47E87">
        <w:rPr>
          <w:color w:val="000000"/>
        </w:rPr>
        <w:t xml:space="preserve">for buildings higher than 45 feet or 3 stories, or for conditions not matching the prescribed standard installation guide requirements and methods. </w:t>
      </w:r>
    </w:p>
    <w:p w14:paraId="0000016C" w14:textId="77777777" w:rsidR="009176E9" w:rsidRDefault="00B47E87">
      <w:pPr>
        <w:numPr>
          <w:ilvl w:val="1"/>
          <w:numId w:val="17"/>
        </w:numPr>
        <w:pBdr>
          <w:top w:val="nil"/>
          <w:left w:val="nil"/>
          <w:bottom w:val="nil"/>
          <w:right w:val="nil"/>
          <w:between w:val="nil"/>
        </w:pBdr>
        <w:spacing w:after="0"/>
      </w:pPr>
      <w:r>
        <w:rPr>
          <w:color w:val="000000"/>
        </w:rPr>
        <w:t>Nichiha USA Technical Design Review (TDR) is available to evaluate project feasibility</w:t>
      </w:r>
    </w:p>
    <w:p w14:paraId="0000016D" w14:textId="77777777" w:rsidR="009176E9" w:rsidRDefault="00B47E87">
      <w:pPr>
        <w:numPr>
          <w:ilvl w:val="0"/>
          <w:numId w:val="17"/>
        </w:numPr>
        <w:spacing w:after="0"/>
        <w:rPr>
          <w:b/>
          <w:bCs/>
        </w:rPr>
      </w:pPr>
      <w:r>
        <w:rPr>
          <w:b/>
          <w:bCs/>
        </w:rPr>
        <w:t>Expansion and Control Joints:</w:t>
      </w:r>
    </w:p>
    <w:p w14:paraId="0000016E" w14:textId="77777777" w:rsidR="009176E9" w:rsidRDefault="00B47E87">
      <w:pPr>
        <w:numPr>
          <w:ilvl w:val="1"/>
          <w:numId w:val="17"/>
        </w:numPr>
        <w:pBdr>
          <w:top w:val="nil"/>
          <w:left w:val="nil"/>
          <w:bottom w:val="nil"/>
          <w:right w:val="nil"/>
          <w:between w:val="nil"/>
        </w:pBdr>
        <w:spacing w:after="0"/>
      </w:pPr>
      <w:r>
        <w:rPr>
          <w:color w:val="000000"/>
        </w:rPr>
        <w:lastRenderedPageBreak/>
        <w:t>Vertical control/expansion joints are required with Fiber Cement Panels</w:t>
      </w:r>
      <w:r>
        <w:t xml:space="preserve">: </w:t>
      </w:r>
      <w:r>
        <w:rPr>
          <w:color w:val="000000"/>
        </w:rPr>
        <w:t>Architectural Wall Panels (AWP) 1818 for walls wider than 30 feet, within 2–12 feet of outside corners finished with metal trim, and approximately every 30 feet thereafter</w:t>
      </w:r>
    </w:p>
    <w:p w14:paraId="0000016F" w14:textId="77777777" w:rsidR="009176E9" w:rsidRDefault="00B47E87">
      <w:pPr>
        <w:numPr>
          <w:ilvl w:val="1"/>
          <w:numId w:val="17"/>
        </w:numPr>
        <w:pBdr>
          <w:top w:val="nil"/>
          <w:left w:val="nil"/>
          <w:bottom w:val="nil"/>
          <w:right w:val="nil"/>
          <w:between w:val="nil"/>
        </w:pBdr>
        <w:spacing w:after="0"/>
      </w:pPr>
      <w:r>
        <w:rPr>
          <w:color w:val="000000"/>
        </w:rPr>
        <w:t>Horizontal control/expansion joints or H-Mold trims are required with Fiber Cement Panels</w:t>
      </w:r>
      <w:r>
        <w:t xml:space="preserve">: </w:t>
      </w:r>
      <w:r>
        <w:rPr>
          <w:color w:val="000000"/>
        </w:rPr>
        <w:t>Architectural Wall Panels (AWP) 3030 at every panel joint</w:t>
      </w:r>
    </w:p>
    <w:p w14:paraId="00000170" w14:textId="77777777" w:rsidR="009176E9" w:rsidRDefault="00B47E87">
      <w:pPr>
        <w:numPr>
          <w:ilvl w:val="1"/>
          <w:numId w:val="17"/>
        </w:numPr>
        <w:pBdr>
          <w:top w:val="nil"/>
          <w:left w:val="nil"/>
          <w:bottom w:val="nil"/>
          <w:right w:val="nil"/>
          <w:between w:val="nil"/>
        </w:pBdr>
        <w:spacing w:after="0"/>
      </w:pPr>
      <w:r>
        <w:rPr>
          <w:color w:val="000000"/>
        </w:rPr>
        <w:t>Horizontal compression joints are required for multi-story installations of Architectural Wall Panels (AWP)</w:t>
      </w:r>
      <w:r>
        <w:t xml:space="preserve">: </w:t>
      </w:r>
      <w:r>
        <w:rPr>
          <w:color w:val="000000"/>
        </w:rPr>
        <w:t>locate joints at floor lines with flashed minimum 1/2" breaks; do not caulk. Refer to the installation guide</w:t>
      </w:r>
    </w:p>
    <w:p w14:paraId="00000171" w14:textId="77777777" w:rsidR="009176E9" w:rsidRDefault="00B47E87">
      <w:pPr>
        <w:numPr>
          <w:ilvl w:val="1"/>
          <w:numId w:val="17"/>
        </w:numPr>
        <w:pBdr>
          <w:top w:val="nil"/>
          <w:left w:val="nil"/>
          <w:bottom w:val="nil"/>
          <w:right w:val="nil"/>
          <w:between w:val="nil"/>
        </w:pBdr>
        <w:spacing w:after="0"/>
        <w:rPr>
          <w:color w:val="000000"/>
        </w:rPr>
      </w:pPr>
      <w:r>
        <w:rPr>
          <w:color w:val="000000"/>
        </w:rPr>
        <w:t>Wood-framed buildings with 3 or more floors require a compression joint at each floor</w:t>
      </w:r>
    </w:p>
    <w:p w14:paraId="00000172" w14:textId="77777777" w:rsidR="009176E9" w:rsidRDefault="00B47E87">
      <w:pPr>
        <w:numPr>
          <w:ilvl w:val="1"/>
          <w:numId w:val="17"/>
        </w:numPr>
        <w:pBdr>
          <w:top w:val="nil"/>
          <w:left w:val="nil"/>
          <w:bottom w:val="nil"/>
          <w:right w:val="nil"/>
          <w:between w:val="nil"/>
        </w:pBdr>
        <w:spacing w:after="0"/>
        <w:rPr>
          <w:color w:val="000000"/>
        </w:rPr>
      </w:pPr>
      <w:r>
        <w:rPr>
          <w:color w:val="000000"/>
        </w:rPr>
        <w:t>Steel-framed buildings including reinforced concrete core with light-gauge metal frame exterior walls more than 3 floors (or 45 feet) require a compression joint every 25 feet at the floor line</w:t>
      </w:r>
    </w:p>
    <w:p w14:paraId="00000173" w14:textId="77777777" w:rsidR="009176E9" w:rsidRDefault="00B47E87">
      <w:pPr>
        <w:numPr>
          <w:ilvl w:val="0"/>
          <w:numId w:val="17"/>
        </w:numPr>
        <w:spacing w:after="0"/>
        <w:rPr>
          <w:b/>
          <w:bCs/>
        </w:rPr>
      </w:pPr>
      <w:r>
        <w:rPr>
          <w:b/>
          <w:bCs/>
        </w:rPr>
        <w:t>Panel Cutting:</w:t>
      </w:r>
    </w:p>
    <w:p w14:paraId="00000174" w14:textId="77777777" w:rsidR="009176E9" w:rsidRDefault="00B47E87">
      <w:pPr>
        <w:numPr>
          <w:ilvl w:val="1"/>
          <w:numId w:val="17"/>
        </w:numPr>
        <w:pBdr>
          <w:top w:val="nil"/>
          <w:left w:val="nil"/>
          <w:bottom w:val="nil"/>
          <w:right w:val="nil"/>
          <w:between w:val="nil"/>
        </w:pBdr>
        <w:spacing w:after="0"/>
        <w:rPr>
          <w:color w:val="000000"/>
        </w:rPr>
      </w:pPr>
      <w:r>
        <w:rPr>
          <w:color w:val="000000"/>
        </w:rPr>
        <w:t>Always cut fiber cement panels in an outdoor, well-ventilated area. Do not cut panels in an enclosed area</w:t>
      </w:r>
    </w:p>
    <w:p w14:paraId="00000175" w14:textId="77777777" w:rsidR="009176E9" w:rsidRDefault="00B47E87">
      <w:pPr>
        <w:numPr>
          <w:ilvl w:val="1"/>
          <w:numId w:val="17"/>
        </w:numPr>
        <w:pBdr>
          <w:top w:val="nil"/>
          <w:left w:val="nil"/>
          <w:bottom w:val="nil"/>
          <w:right w:val="nil"/>
          <w:between w:val="nil"/>
        </w:pBdr>
        <w:spacing w:after="0"/>
        <w:rPr>
          <w:color w:val="000000"/>
        </w:rPr>
      </w:pPr>
      <w:r>
        <w:rPr>
          <w:color w:val="000000"/>
        </w:rPr>
        <w:t>Always wear safety glasses and NIOSH/OSHA-approved respirator whenever cutting, drilling, sawing, sanding, or abrading Architectural Wall Panels (AWP). Refer to manufacturer's Safety Data Sheet (</w:t>
      </w:r>
      <w:proofErr w:type="spellStart"/>
      <w:r>
        <w:rPr>
          <w:color w:val="000000"/>
        </w:rPr>
        <w:t>SDS</w:t>
      </w:r>
      <w:proofErr w:type="spellEnd"/>
      <w:r>
        <w:rPr>
          <w:color w:val="000000"/>
        </w:rPr>
        <w:t>) for more information</w:t>
      </w:r>
    </w:p>
    <w:p w14:paraId="00000176" w14:textId="77777777" w:rsidR="009176E9" w:rsidRDefault="00B47E87">
      <w:pPr>
        <w:numPr>
          <w:ilvl w:val="1"/>
          <w:numId w:val="17"/>
        </w:numPr>
        <w:pBdr>
          <w:top w:val="nil"/>
          <w:left w:val="nil"/>
          <w:bottom w:val="nil"/>
          <w:right w:val="nil"/>
          <w:between w:val="nil"/>
        </w:pBdr>
        <w:spacing w:after="0"/>
        <w:rPr>
          <w:color w:val="000000"/>
        </w:rPr>
      </w:pPr>
      <w:r>
        <w:rPr>
          <w:color w:val="000000"/>
        </w:rPr>
        <w:t>Always use a dust-reducing circular saw with a diamond-tipped or carbide-tipped blade</w:t>
      </w:r>
    </w:p>
    <w:p w14:paraId="00000177" w14:textId="77777777" w:rsidR="009176E9" w:rsidRDefault="00B47E87">
      <w:pPr>
        <w:numPr>
          <w:ilvl w:val="1"/>
          <w:numId w:val="17"/>
        </w:numPr>
        <w:pBdr>
          <w:top w:val="nil"/>
          <w:left w:val="nil"/>
          <w:bottom w:val="nil"/>
          <w:right w:val="nil"/>
          <w:between w:val="nil"/>
        </w:pBdr>
        <w:spacing w:after="0"/>
        <w:rPr>
          <w:color w:val="000000"/>
        </w:rPr>
      </w:pPr>
      <w:r>
        <w:rPr>
          <w:color w:val="000000"/>
        </w:rPr>
        <w:t>Recommended circular saw: Makita 7-1/4" with dust collector (Model #5057KB)</w:t>
      </w:r>
    </w:p>
    <w:p w14:paraId="00000178" w14:textId="77777777" w:rsidR="009176E9" w:rsidRDefault="00B47E87">
      <w:pPr>
        <w:numPr>
          <w:ilvl w:val="1"/>
          <w:numId w:val="17"/>
        </w:numPr>
        <w:pBdr>
          <w:top w:val="nil"/>
          <w:left w:val="nil"/>
          <w:bottom w:val="nil"/>
          <w:right w:val="nil"/>
          <w:between w:val="nil"/>
        </w:pBdr>
        <w:spacing w:after="0"/>
        <w:rPr>
          <w:color w:val="000000"/>
        </w:rPr>
      </w:pPr>
      <w:r>
        <w:rPr>
          <w:color w:val="000000"/>
        </w:rPr>
        <w:t xml:space="preserve">Recommended blade: </w:t>
      </w:r>
      <w:proofErr w:type="spellStart"/>
      <w:r>
        <w:rPr>
          <w:color w:val="000000"/>
        </w:rPr>
        <w:t>Tenryu</w:t>
      </w:r>
      <w:proofErr w:type="spellEnd"/>
      <w:r>
        <w:rPr>
          <w:color w:val="000000"/>
        </w:rPr>
        <w:t xml:space="preserve"> Board-Pro Plus </w:t>
      </w:r>
      <w:proofErr w:type="spellStart"/>
      <w:r>
        <w:rPr>
          <w:color w:val="000000"/>
        </w:rPr>
        <w:t>PCD</w:t>
      </w:r>
      <w:proofErr w:type="spellEnd"/>
      <w:r>
        <w:rPr>
          <w:color w:val="000000"/>
        </w:rPr>
        <w:t xml:space="preserve"> blade (Model #BP-18505)</w:t>
      </w:r>
    </w:p>
    <w:p w14:paraId="00000179" w14:textId="77777777" w:rsidR="009176E9" w:rsidRDefault="00B47E87">
      <w:pPr>
        <w:numPr>
          <w:ilvl w:val="1"/>
          <w:numId w:val="17"/>
        </w:numPr>
        <w:pBdr>
          <w:top w:val="nil"/>
          <w:left w:val="nil"/>
          <w:bottom w:val="nil"/>
          <w:right w:val="nil"/>
          <w:between w:val="nil"/>
        </w:pBdr>
        <w:spacing w:after="0"/>
        <w:rPr>
          <w:color w:val="000000"/>
        </w:rPr>
      </w:pPr>
      <w:r>
        <w:rPr>
          <w:color w:val="000000"/>
        </w:rPr>
        <w:t>Shears (electric or pneumatic) or jig saw can be used for complicated cutting, service openings, curves, radii, and scrollwork</w:t>
      </w:r>
    </w:p>
    <w:p w14:paraId="0000017A" w14:textId="41EF3377" w:rsidR="009176E9" w:rsidRDefault="00B47E87">
      <w:pPr>
        <w:numPr>
          <w:ilvl w:val="1"/>
          <w:numId w:val="17"/>
        </w:numPr>
        <w:pBdr>
          <w:top w:val="nil"/>
          <w:left w:val="nil"/>
          <w:bottom w:val="nil"/>
          <w:right w:val="nil"/>
          <w:between w:val="nil"/>
        </w:pBdr>
        <w:spacing w:after="0"/>
      </w:pPr>
      <w:r>
        <w:rPr>
          <w:color w:val="000000"/>
        </w:rPr>
        <w:t>Crystalline Silica Dust Warning</w:t>
      </w:r>
      <w:r>
        <w:t xml:space="preserve">: </w:t>
      </w:r>
      <w:r>
        <w:rPr>
          <w:color w:val="000000"/>
        </w:rPr>
        <w:t xml:space="preserve">Fiber cement panels may contain crystalline silica, a naturally occurring potentially hazardous mineral when airborne in dust form. Consult the manufacturer's </w:t>
      </w:r>
      <w:proofErr w:type="spellStart"/>
      <w:r>
        <w:rPr>
          <w:color w:val="000000"/>
        </w:rPr>
        <w:t>SDS</w:t>
      </w:r>
      <w:proofErr w:type="spellEnd"/>
      <w:r>
        <w:rPr>
          <w:color w:val="000000"/>
        </w:rPr>
        <w:t xml:space="preserve"> or Silica Technical Bulletin</w:t>
      </w:r>
      <w:r w:rsidR="00BB1F2F">
        <w:rPr>
          <w:color w:val="000000"/>
        </w:rPr>
        <w:t xml:space="preserve">, </w:t>
      </w:r>
    </w:p>
    <w:p w14:paraId="0000017B" w14:textId="77777777" w:rsidR="009176E9" w:rsidRDefault="00B47E87">
      <w:pPr>
        <w:numPr>
          <w:ilvl w:val="1"/>
          <w:numId w:val="17"/>
        </w:numPr>
        <w:pBdr>
          <w:top w:val="nil"/>
          <w:left w:val="nil"/>
          <w:bottom w:val="nil"/>
          <w:right w:val="nil"/>
          <w:between w:val="nil"/>
        </w:pBdr>
        <w:spacing w:after="40"/>
        <w:rPr>
          <w:color w:val="000000"/>
        </w:rPr>
      </w:pPr>
      <w:r>
        <w:rPr>
          <w:color w:val="000000"/>
        </w:rPr>
        <w:t>Immediately clean dust from cut panels as it may bind to the finish</w:t>
      </w:r>
    </w:p>
    <w:p w14:paraId="0000017C" w14:textId="77777777" w:rsidR="009176E9" w:rsidRDefault="00B47E87">
      <w:pPr>
        <w:pStyle w:val="Heading2"/>
        <w:spacing w:after="80"/>
      </w:pPr>
      <w:r>
        <w:rPr>
          <w:sz w:val="24"/>
          <w:szCs w:val="24"/>
        </w:rPr>
        <w:t>3.3 CLEANING AND MAINTENANCE</w:t>
      </w:r>
    </w:p>
    <w:p w14:paraId="0000017D" w14:textId="77777777" w:rsidR="009176E9" w:rsidRDefault="00B47E87">
      <w:pPr>
        <w:numPr>
          <w:ilvl w:val="0"/>
          <w:numId w:val="2"/>
        </w:numPr>
        <w:pBdr>
          <w:top w:val="nil"/>
          <w:left w:val="nil"/>
          <w:bottom w:val="nil"/>
          <w:right w:val="nil"/>
          <w:between w:val="nil"/>
        </w:pBdr>
        <w:spacing w:after="0"/>
        <w:rPr>
          <w:color w:val="000000"/>
        </w:rPr>
      </w:pPr>
      <w:r>
        <w:rPr>
          <w:color w:val="000000"/>
        </w:rPr>
        <w:t>Review manufacturer's guidelines for detailed care instructions</w:t>
      </w:r>
    </w:p>
    <w:p w14:paraId="0000017E" w14:textId="482E6B98" w:rsidR="009176E9" w:rsidRDefault="00B47E87">
      <w:pPr>
        <w:numPr>
          <w:ilvl w:val="0"/>
          <w:numId w:val="2"/>
        </w:numPr>
        <w:pBdr>
          <w:top w:val="nil"/>
          <w:left w:val="nil"/>
          <w:bottom w:val="nil"/>
          <w:right w:val="nil"/>
          <w:between w:val="nil"/>
        </w:pBdr>
        <w:spacing w:after="60"/>
      </w:pPr>
      <w:r>
        <w:rPr>
          <w:color w:val="000000"/>
        </w:rPr>
        <w:t>Protect installed Nichiha Fiber Cement Panels</w:t>
      </w:r>
      <w:r>
        <w:t xml:space="preserve">: </w:t>
      </w:r>
      <w:r>
        <w:rPr>
          <w:color w:val="000000"/>
        </w:rPr>
        <w:t xml:space="preserve">Architectural Wall Panels (AWP) during construction. Visit the AWP Maintenance Construction Guide: </w:t>
      </w:r>
      <w:hyperlink r:id="rId20" w:history="1">
        <w:r w:rsidRPr="003213B9">
          <w:rPr>
            <w:rStyle w:val="Hyperlink"/>
          </w:rPr>
          <w:t>https://www.nichiha.com/docs/Nichiha-Tech-Bulletin-AWP-Maintenance-Guide.pdf</w:t>
        </w:r>
      </w:hyperlink>
    </w:p>
    <w:sectPr w:rsidR="009176E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0DC70D8-0F88-4E5A-93CE-FADE2ABAB5C1}"/>
    <w:embedBold r:id="rId2" w:fontKey="{7C5807A6-0C57-4FDE-9A81-E936752F0ACE}"/>
    <w:embedItalic r:id="rId3" w:fontKey="{2BBB9F00-DFCA-4E0F-B54E-9F75922EAE1D}"/>
    <w:embedBoldItalic r:id="rId4" w:fontKey="{8F4B1226-ED06-4AFA-B55C-51441CA44ECC}"/>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0733C68C-DCB6-4B44-9A74-3E627FBD3E1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27D90"/>
    <w:multiLevelType w:val="multilevel"/>
    <w:tmpl w:val="8C3450C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0C0534"/>
    <w:multiLevelType w:val="multilevel"/>
    <w:tmpl w:val="8DDE0B0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8F2404"/>
    <w:multiLevelType w:val="multilevel"/>
    <w:tmpl w:val="EC507A9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2DB1531"/>
    <w:multiLevelType w:val="multilevel"/>
    <w:tmpl w:val="552A8A76"/>
    <w:lvl w:ilvl="0">
      <w:start w:val="1"/>
      <w:numFmt w:val="upperLetter"/>
      <w:pStyle w:val="ListBullet"/>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BD03822"/>
    <w:multiLevelType w:val="multilevel"/>
    <w:tmpl w:val="738E809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1D933F9"/>
    <w:multiLevelType w:val="multilevel"/>
    <w:tmpl w:val="46185F0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9A56854"/>
    <w:multiLevelType w:val="multilevel"/>
    <w:tmpl w:val="31D0641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E1A56B0"/>
    <w:multiLevelType w:val="multilevel"/>
    <w:tmpl w:val="B022979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42E14BB"/>
    <w:multiLevelType w:val="multilevel"/>
    <w:tmpl w:val="107E30A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DBF082B"/>
    <w:multiLevelType w:val="multilevel"/>
    <w:tmpl w:val="2BB65B58"/>
    <w:lvl w:ilvl="0">
      <w:start w:val="1"/>
      <w:numFmt w:val="upperLetter"/>
      <w:pStyle w:val="ListBullet2"/>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01F2B54"/>
    <w:multiLevelType w:val="multilevel"/>
    <w:tmpl w:val="C4F4790E"/>
    <w:lvl w:ilvl="0">
      <w:start w:val="1"/>
      <w:numFmt w:val="upperLetter"/>
      <w:pStyle w:val="ListNumber2"/>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F750332"/>
    <w:multiLevelType w:val="multilevel"/>
    <w:tmpl w:val="8AE29E6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06C7C46"/>
    <w:multiLevelType w:val="multilevel"/>
    <w:tmpl w:val="C7DCBBFC"/>
    <w:lvl w:ilvl="0">
      <w:start w:val="1"/>
      <w:numFmt w:val="upperLetter"/>
      <w:pStyle w:val="ListNumber3"/>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5F60F7A"/>
    <w:multiLevelType w:val="multilevel"/>
    <w:tmpl w:val="DA324950"/>
    <w:lvl w:ilvl="0">
      <w:start w:val="1"/>
      <w:numFmt w:val="upperLetter"/>
      <w:pStyle w:val="ListBullet3"/>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30C0C7A"/>
    <w:multiLevelType w:val="multilevel"/>
    <w:tmpl w:val="A8683E5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04E3EC1"/>
    <w:multiLevelType w:val="multilevel"/>
    <w:tmpl w:val="66D0A95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F5408AF"/>
    <w:multiLevelType w:val="multilevel"/>
    <w:tmpl w:val="A838EB7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FEE25E3"/>
    <w:multiLevelType w:val="multilevel"/>
    <w:tmpl w:val="4762E37A"/>
    <w:lvl w:ilvl="0">
      <w:start w:val="1"/>
      <w:numFmt w:val="upperLetter"/>
      <w:pStyle w:val="ListNumb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9"/>
  </w:num>
  <w:num w:numId="3">
    <w:abstractNumId w:val="13"/>
  </w:num>
  <w:num w:numId="4">
    <w:abstractNumId w:val="16"/>
  </w:num>
  <w:num w:numId="5">
    <w:abstractNumId w:val="17"/>
  </w:num>
  <w:num w:numId="6">
    <w:abstractNumId w:val="10"/>
  </w:num>
  <w:num w:numId="7">
    <w:abstractNumId w:val="12"/>
  </w:num>
  <w:num w:numId="8">
    <w:abstractNumId w:val="6"/>
  </w:num>
  <w:num w:numId="9">
    <w:abstractNumId w:val="1"/>
  </w:num>
  <w:num w:numId="10">
    <w:abstractNumId w:val="14"/>
  </w:num>
  <w:num w:numId="11">
    <w:abstractNumId w:val="4"/>
  </w:num>
  <w:num w:numId="12">
    <w:abstractNumId w:val="5"/>
  </w:num>
  <w:num w:numId="13">
    <w:abstractNumId w:val="7"/>
  </w:num>
  <w:num w:numId="14">
    <w:abstractNumId w:val="11"/>
  </w:num>
  <w:num w:numId="15">
    <w:abstractNumId w:val="8"/>
  </w:num>
  <w:num w:numId="16">
    <w:abstractNumId w:val="2"/>
  </w:num>
  <w:num w:numId="17">
    <w:abstractNumId w:val="15"/>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6E9"/>
    <w:rsid w:val="00184D51"/>
    <w:rsid w:val="003213B9"/>
    <w:rsid w:val="003B76F9"/>
    <w:rsid w:val="00601CD8"/>
    <w:rsid w:val="006E11A0"/>
    <w:rsid w:val="008446AC"/>
    <w:rsid w:val="009176E9"/>
    <w:rsid w:val="00B47E87"/>
    <w:rsid w:val="00BB1F2F"/>
    <w:rsid w:val="00FE29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434D1"/>
  <w15:docId w15:val="{938D190E-B521-4AD6-B3F3-CC3FC9FAE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b/>
      <w:bCs/>
      <w:color w:val="36609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tabs>
        <w:tab w:val="num" w:pos="360"/>
      </w:tabs>
      <w:ind w:left="0" w:firstLine="0"/>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ubtitle">
    <w:name w:val="Subtitle"/>
    <w:basedOn w:val="Normal"/>
    <w:next w:val="Normal"/>
    <w:link w:val="SubtitleChar"/>
    <w:uiPriority w:val="11"/>
    <w:qFormat/>
    <w:rPr>
      <w:i/>
      <w:iCs/>
      <w:color w:val="4F81BD"/>
      <w:sz w:val="24"/>
      <w:szCs w:val="24"/>
    </w:rPr>
  </w:style>
  <w:style w:type="character" w:styleId="Hyperlink">
    <w:name w:val="Hyperlink"/>
    <w:basedOn w:val="DefaultParagraphFont"/>
    <w:uiPriority w:val="99"/>
    <w:unhideWhenUsed/>
    <w:rsid w:val="00FE299A"/>
    <w:rPr>
      <w:color w:val="0000FF" w:themeColor="hyperlink"/>
      <w:u w:val="single"/>
    </w:rPr>
  </w:style>
  <w:style w:type="character" w:styleId="UnresolvedMention">
    <w:name w:val="Unresolved Mention"/>
    <w:basedOn w:val="DefaultParagraphFont"/>
    <w:uiPriority w:val="99"/>
    <w:semiHidden/>
    <w:unhideWhenUsed/>
    <w:rsid w:val="00FE299A"/>
    <w:rPr>
      <w:color w:val="605E5C"/>
      <w:shd w:val="clear" w:color="auto" w:fill="E1DFDD"/>
    </w:rPr>
  </w:style>
  <w:style w:type="character" w:styleId="FollowedHyperlink">
    <w:name w:val="FollowedHyperlink"/>
    <w:basedOn w:val="DefaultParagraphFont"/>
    <w:uiPriority w:val="99"/>
    <w:semiHidden/>
    <w:unhideWhenUsed/>
    <w:rsid w:val="00BB1F2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insidesales@nichiha.com" TargetMode="External"/><Relationship Id="rId13" Type="http://schemas.openxmlformats.org/officeDocument/2006/relationships/hyperlink" Target="https://www.nichiha.com/products/architectural-wall-panels" TargetMode="External"/><Relationship Id="rId18" Type="http://schemas.openxmlformats.org/officeDocument/2006/relationships/hyperlink" Target="technicalservices@nichiha.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technicalservices@nichiha.com" TargetMode="External"/><Relationship Id="rId12" Type="http://schemas.openxmlformats.org/officeDocument/2006/relationships/hyperlink" Target="www.bimsmith.com" TargetMode="External"/><Relationship Id="rId17" Type="http://schemas.openxmlformats.org/officeDocument/2006/relationships/hyperlink" Target="technicalservices@nichiha.com" TargetMode="External"/><Relationship Id="rId2" Type="http://schemas.openxmlformats.org/officeDocument/2006/relationships/numbering" Target="numbering.xml"/><Relationship Id="rId16" Type="http://schemas.openxmlformats.org/officeDocument/2006/relationships/hyperlink" Target="technicalservices@nichiha.com" TargetMode="External"/><Relationship Id="rId20" Type="http://schemas.openxmlformats.org/officeDocument/2006/relationships/hyperlink" Target="https://www.nichiha.com/docs/Nichiha-Tech-Bulletin-AWP-Maintenance-Guide.pdf" TargetMode="External"/><Relationship Id="rId1" Type="http://schemas.openxmlformats.org/officeDocument/2006/relationships/customXml" Target="../customXml/item1.xml"/><Relationship Id="rId6" Type="http://schemas.openxmlformats.org/officeDocument/2006/relationships/hyperlink" Target="mailto:mscharff@nichiha.com" TargetMode="External"/><Relationship Id="rId11" Type="http://schemas.openxmlformats.org/officeDocument/2006/relationships/hyperlink" Target="http://www.ribspecklink.com" TargetMode="External"/><Relationship Id="rId5" Type="http://schemas.openxmlformats.org/officeDocument/2006/relationships/webSettings" Target="webSettings.xml"/><Relationship Id="rId15" Type="http://schemas.openxmlformats.org/officeDocument/2006/relationships/hyperlink" Target="technicalservices@nichiha.com" TargetMode="External"/><Relationship Id="rId10" Type="http://schemas.openxmlformats.org/officeDocument/2006/relationships/hyperlink" Target="http://www.caddetails.com" TargetMode="External"/><Relationship Id="rId19" Type="http://schemas.openxmlformats.org/officeDocument/2006/relationships/hyperlink" Target="technicalservices@nichiha.com" TargetMode="External"/><Relationship Id="rId4" Type="http://schemas.openxmlformats.org/officeDocument/2006/relationships/settings" Target="settings.xml"/><Relationship Id="rId9" Type="http://schemas.openxmlformats.org/officeDocument/2006/relationships/hyperlink" Target="http://www.nichiha.com/resource-center" TargetMode="External"/><Relationship Id="rId14" Type="http://schemas.openxmlformats.org/officeDocument/2006/relationships/hyperlink" Target="https://www.nichiha.com/resource-center"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d/RhSInaUT8C8awstjD+j/d4gw==">CgMxLjA4AHIhMU0wUVdWLXBZbFE2cFp1WENZWDdHV0I3MUtpSUhLcTZG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13</Pages>
  <Words>3688</Words>
  <Characters>21026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Nichiha USA Inc.</Company>
  <LinksUpToDate>false</LinksUpToDate>
  <CharactersWithSpaces>24665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Max Rietschier</cp:lastModifiedBy>
  <cp:revision>9</cp:revision>
  <dcterms:created xsi:type="dcterms:W3CDTF">2013-12-23T23:15:00Z</dcterms:created>
  <dcterms:modified xsi:type="dcterms:W3CDTF">2026-01-12T22:20:00Z</dcterms:modified>
</cp:coreProperties>
</file>